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E169" w14:textId="554704ED" w:rsidR="00663B28" w:rsidRDefault="00663B28">
      <w:pPr>
        <w:spacing w:after="60"/>
        <w:jc w:val="center"/>
        <w:rPr>
          <w:b/>
          <w:sz w:val="36"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C4B2A76" wp14:editId="5AD16488">
            <wp:simplePos x="0" y="0"/>
            <wp:positionH relativeFrom="column">
              <wp:posOffset>121920</wp:posOffset>
            </wp:positionH>
            <wp:positionV relativeFrom="paragraph">
              <wp:posOffset>-24765</wp:posOffset>
            </wp:positionV>
            <wp:extent cx="1355725" cy="1219200"/>
            <wp:effectExtent l="0" t="0" r="0" b="0"/>
            <wp:wrapNone/>
            <wp:docPr id="4978184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r="63660" b="2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36"/>
          <w:lang w:val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C6C83C" wp14:editId="2781926D">
                <wp:simplePos x="0" y="0"/>
                <wp:positionH relativeFrom="column">
                  <wp:posOffset>-64770</wp:posOffset>
                </wp:positionH>
                <wp:positionV relativeFrom="paragraph">
                  <wp:posOffset>-154305</wp:posOffset>
                </wp:positionV>
                <wp:extent cx="10012680" cy="6911340"/>
                <wp:effectExtent l="57150" t="38100" r="64770" b="99060"/>
                <wp:wrapNone/>
                <wp:docPr id="18904976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2680" cy="69113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431D1" id="Rectangle 1" o:spid="_x0000_s1026" style="position:absolute;margin-left:-5.1pt;margin-top:-12.15pt;width:788.4pt;height:544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" filled="f" strokecolor="#002060" strokeweight="2.25pt">
                <v:shadow on="t" color="black" opacity="22937f" origin=",.5" offset="0,.63889mm"/>
              </v:rect>
            </w:pict>
          </mc:Fallback>
        </mc:AlternateContent>
      </w:r>
    </w:p>
    <w:p w14:paraId="6C739B34" w14:textId="442EDFA8" w:rsidR="001B732C" w:rsidRPr="00D93295" w:rsidRDefault="00050B60">
      <w:pPr>
        <w:spacing w:after="60"/>
        <w:jc w:val="center"/>
        <w:rPr>
          <w:lang w:val="el-GR"/>
        </w:rPr>
      </w:pPr>
      <w:r w:rsidRPr="00D93295">
        <w:rPr>
          <w:b/>
          <w:sz w:val="36"/>
          <w:lang w:val="el-GR"/>
        </w:rPr>
        <w:t>ΕΠΑΡΧΙΑΚΗ ΟΡΓΑΝΩΤΙΚΗ ΕΠΙΤΡΟΠΗ</w:t>
      </w:r>
    </w:p>
    <w:p w14:paraId="2A1611B4" w14:textId="77777777" w:rsidR="001B732C" w:rsidRPr="00D93295" w:rsidRDefault="00050B60">
      <w:pPr>
        <w:spacing w:after="1000"/>
        <w:jc w:val="center"/>
        <w:rPr>
          <w:lang w:val="el-GR"/>
        </w:rPr>
      </w:pPr>
      <w:r w:rsidRPr="00D93295">
        <w:rPr>
          <w:b/>
          <w:sz w:val="36"/>
          <w:lang w:val="el-GR"/>
        </w:rPr>
        <w:t>ΣΧΟΛΙΚΩΝ ΑΓΩΝΩΝ ΛΑΡΝΑΚΑΣ</w:t>
      </w:r>
    </w:p>
    <w:p w14:paraId="2BB1EAF4" w14:textId="77777777" w:rsidR="001B732C" w:rsidRPr="00D93295" w:rsidRDefault="00050B60">
      <w:pPr>
        <w:pStyle w:val="a8"/>
        <w:spacing w:after="400"/>
        <w:jc w:val="center"/>
        <w:rPr>
          <w:lang w:val="el-GR"/>
        </w:rPr>
      </w:pPr>
      <w:r w:rsidRPr="00D93295">
        <w:rPr>
          <w:b/>
          <w:sz w:val="50"/>
          <w:lang w:val="el-GR"/>
        </w:rPr>
        <w:t>ΠΡΟΓΡΑΜΜΑ ΣΧΟΛΙΚΩΝ ΠΡΩΤΑΘΛΗΜΑΤΩΝ</w:t>
      </w:r>
    </w:p>
    <w:p w14:paraId="638F4DD5" w14:textId="77777777" w:rsidR="001B732C" w:rsidRPr="00D93295" w:rsidRDefault="00050B60">
      <w:pPr>
        <w:spacing w:after="400"/>
        <w:jc w:val="center"/>
        <w:rPr>
          <w:lang w:val="el-GR"/>
        </w:rPr>
      </w:pPr>
      <w:r w:rsidRPr="00D93295">
        <w:rPr>
          <w:b/>
          <w:sz w:val="50"/>
          <w:lang w:val="el-GR"/>
        </w:rPr>
        <w:t>ΑΘΛΟΠΑΙΔΙΩΝ ΛΥΚΕΙΩΝ</w:t>
      </w:r>
    </w:p>
    <w:p w14:paraId="0BA9D141" w14:textId="77777777" w:rsidR="001B732C" w:rsidRPr="00D93295" w:rsidRDefault="00050B60">
      <w:pPr>
        <w:spacing w:after="500"/>
        <w:jc w:val="center"/>
        <w:rPr>
          <w:lang w:val="el-GR"/>
        </w:rPr>
      </w:pPr>
      <w:r w:rsidRPr="00D93295">
        <w:rPr>
          <w:b/>
          <w:sz w:val="46"/>
          <w:lang w:val="el-GR"/>
        </w:rPr>
        <w:t>ΕΠΑΡΧΙΑΣ ΛΑΡΝΑΚΑΣ</w:t>
      </w:r>
    </w:p>
    <w:p w14:paraId="0CCD5B2C" w14:textId="77777777" w:rsidR="001B732C" w:rsidRPr="00D93295" w:rsidRDefault="00050B60">
      <w:pPr>
        <w:spacing w:after="500"/>
        <w:jc w:val="center"/>
        <w:rPr>
          <w:lang w:val="el-GR"/>
        </w:rPr>
      </w:pPr>
      <w:r w:rsidRPr="00D93295">
        <w:rPr>
          <w:b/>
          <w:sz w:val="40"/>
          <w:lang w:val="el-GR"/>
        </w:rPr>
        <w:t>ΣΧΟΛΙΚΗ ΧΡΟΝΙΑ 2026–2027</w:t>
      </w:r>
    </w:p>
    <w:p w14:paraId="3A26966C" w14:textId="77777777" w:rsidR="00663B28" w:rsidRPr="008466F7" w:rsidRDefault="00663B28">
      <w:pPr>
        <w:spacing w:after="160"/>
        <w:jc w:val="center"/>
        <w:rPr>
          <w:b/>
          <w:sz w:val="30"/>
          <w:lang w:val="el-GR"/>
        </w:rPr>
      </w:pPr>
    </w:p>
    <w:p w14:paraId="5AF94632" w14:textId="26AC46D8" w:rsidR="001B732C" w:rsidRPr="00D93295" w:rsidRDefault="00050B60">
      <w:pPr>
        <w:spacing w:after="160"/>
        <w:jc w:val="center"/>
        <w:rPr>
          <w:lang w:val="el-GR"/>
        </w:rPr>
      </w:pPr>
      <w:r w:rsidRPr="00D93295">
        <w:rPr>
          <w:b/>
          <w:sz w:val="30"/>
          <w:lang w:val="el-GR"/>
        </w:rPr>
        <w:t>Φάση ομίλων</w:t>
      </w:r>
    </w:p>
    <w:p w14:paraId="2806D225" w14:textId="77777777" w:rsidR="001B732C" w:rsidRPr="00D93295" w:rsidRDefault="00050B60">
      <w:pPr>
        <w:spacing w:after="160"/>
        <w:jc w:val="center"/>
        <w:rPr>
          <w:lang w:val="el-GR"/>
        </w:rPr>
      </w:pPr>
      <w:r w:rsidRPr="00D93295">
        <w:rPr>
          <w:sz w:val="30"/>
          <w:lang w:val="el-GR"/>
        </w:rPr>
        <w:t>2 Νοεμβρίου έως 4 Δεκεμβρίου 2026</w:t>
      </w:r>
    </w:p>
    <w:p w14:paraId="28B89116" w14:textId="77777777" w:rsidR="001B732C" w:rsidRPr="00D93295" w:rsidRDefault="00050B60">
      <w:pPr>
        <w:rPr>
          <w:lang w:val="el-GR"/>
        </w:rPr>
      </w:pPr>
      <w:r w:rsidRPr="00D93295">
        <w:rPr>
          <w:lang w:val="el-GR"/>
        </w:rPr>
        <w:br w:type="page"/>
      </w:r>
    </w:p>
    <w:p w14:paraId="4BA2C2F2" w14:textId="77777777" w:rsidR="001B732C" w:rsidRPr="00D93295" w:rsidRDefault="00050B60">
      <w:pPr>
        <w:spacing w:after="80"/>
        <w:jc w:val="center"/>
        <w:rPr>
          <w:lang w:val="el-GR"/>
        </w:rPr>
      </w:pPr>
      <w:r w:rsidRPr="00D93295">
        <w:rPr>
          <w:b/>
          <w:sz w:val="26"/>
          <w:lang w:val="el-GR"/>
        </w:rPr>
        <w:lastRenderedPageBreak/>
        <w:t>ΕΠΑΡΧΙΑΚΗ ΟΡΓΑΝΩΤΙΚΗ ΕΠΙΤΡΟΠΗ ΣΧΟΛΙΚΩΝ ΑΓΩΝΩΝ ΛΑΡΝΑΚΑΣ</w:t>
      </w:r>
    </w:p>
    <w:p w14:paraId="3E1DA278" w14:textId="77777777" w:rsidR="001B732C" w:rsidRPr="00D93295" w:rsidRDefault="00050B60">
      <w:pPr>
        <w:spacing w:after="240"/>
        <w:jc w:val="center"/>
        <w:rPr>
          <w:lang w:val="el-GR"/>
        </w:rPr>
      </w:pPr>
      <w:r w:rsidRPr="00D93295">
        <w:rPr>
          <w:b/>
          <w:sz w:val="32"/>
          <w:lang w:val="el-GR"/>
        </w:rPr>
        <w:t>ΟΜΙΛΟΙ ΚΑΛΑΘΟΣΦΑΙΡΙΣΗΣ ΚΑΙ ΠΕΤΟΣΦΑΙΡΙΣΗΣ ΛΥΚΕΙΩΝ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3"/>
        <w:gridCol w:w="5133"/>
        <w:gridCol w:w="5133"/>
      </w:tblGrid>
      <w:tr w:rsidR="001B732C" w14:paraId="63042807" w14:textId="77777777">
        <w:trPr>
          <w:cantSplit/>
          <w:tblHeader/>
          <w:jc w:val="center"/>
        </w:trPr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EA64B" w14:textId="22833B3D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ΚΑΛΑΘΟΣΦΑ</w:t>
            </w:r>
            <w:r w:rsidR="00663B28">
              <w:rPr>
                <w:b/>
              </w:rPr>
              <w:t>I</w:t>
            </w:r>
            <w:r>
              <w:rPr>
                <w:b/>
              </w:rPr>
              <w:t>ΡΙΣΗ ΑΡΡ</w:t>
            </w:r>
            <w:r w:rsidR="002B7A51">
              <w:rPr>
                <w:b/>
                <w:lang w:val="el-GR"/>
              </w:rPr>
              <w:t>Ε</w:t>
            </w:r>
            <w:r>
              <w:rPr>
                <w:b/>
              </w:rPr>
              <w:t>ΝΩΝ</w:t>
            </w:r>
            <w:r>
              <w:rPr>
                <w:b/>
              </w:rPr>
              <w:br/>
            </w:r>
            <w:r w:rsidR="002B7A51">
              <w:rPr>
                <w:b/>
                <w:lang w:val="el-GR"/>
              </w:rPr>
              <w:t>Ο</w:t>
            </w:r>
            <w:r>
              <w:rPr>
                <w:b/>
              </w:rPr>
              <w:t>ΜΙΛΟΣ Α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E56C7" w14:textId="3185422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ΚΑΛΑΘΟΣΦΑ</w:t>
            </w:r>
            <w:r w:rsidR="00663B28">
              <w:rPr>
                <w:b/>
              </w:rPr>
              <w:t>I</w:t>
            </w:r>
            <w:r>
              <w:rPr>
                <w:b/>
              </w:rPr>
              <w:t>ΡΙΣΗ ΑΡΡ</w:t>
            </w:r>
            <w:r w:rsidR="002B7A51">
              <w:rPr>
                <w:b/>
                <w:lang w:val="el-GR"/>
              </w:rPr>
              <w:t>Ε</w:t>
            </w:r>
            <w:r>
              <w:rPr>
                <w:b/>
              </w:rPr>
              <w:t>ΝΩΝ</w:t>
            </w:r>
            <w:r>
              <w:rPr>
                <w:b/>
              </w:rPr>
              <w:br/>
            </w:r>
            <w:r w:rsidR="002B7A51">
              <w:rPr>
                <w:b/>
                <w:lang w:val="el-GR"/>
              </w:rPr>
              <w:t>Ο</w:t>
            </w:r>
            <w:r>
              <w:rPr>
                <w:b/>
              </w:rPr>
              <w:t>ΜΙΛΟΣ Β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3C75E" w14:textId="3908F59D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ΚΑΛΑΘΟΣΦΑ</w:t>
            </w:r>
            <w:r w:rsidR="00663B28">
              <w:rPr>
                <w:b/>
              </w:rPr>
              <w:t>I</w:t>
            </w:r>
            <w:r>
              <w:rPr>
                <w:b/>
              </w:rPr>
              <w:t>ΡΙΣΗ ΘΗΛ</w:t>
            </w:r>
            <w:r w:rsidR="002B7A51">
              <w:rPr>
                <w:b/>
                <w:lang w:val="el-GR"/>
              </w:rPr>
              <w:t>Ε</w:t>
            </w:r>
            <w:r>
              <w:rPr>
                <w:b/>
              </w:rPr>
              <w:t>ΩΝ</w:t>
            </w:r>
            <w:r>
              <w:rPr>
                <w:b/>
              </w:rPr>
              <w:br/>
            </w:r>
            <w:r w:rsidR="002B7A51">
              <w:rPr>
                <w:b/>
                <w:lang w:val="el-GR"/>
              </w:rPr>
              <w:t>Ο</w:t>
            </w:r>
            <w:r>
              <w:rPr>
                <w:b/>
              </w:rPr>
              <w:t>ΜΙΛΟΣ Α</w:t>
            </w:r>
          </w:p>
        </w:tc>
      </w:tr>
      <w:tr w:rsidR="001B732C" w:rsidRPr="00AF3298" w14:paraId="33AF69E5" w14:textId="77777777">
        <w:trPr>
          <w:cantSplit/>
          <w:jc w:val="center"/>
        </w:trPr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08E4D" w14:textId="636F0068" w:rsidR="001B732C" w:rsidRPr="00AF3298" w:rsidRDefault="00050B60">
            <w:pPr>
              <w:spacing w:line="240" w:lineRule="auto"/>
              <w:jc w:val="center"/>
              <w:rPr>
                <w:lang w:val="el-GR"/>
              </w:rPr>
            </w:pPr>
            <w:r w:rsidRPr="00D93295">
              <w:rPr>
                <w:lang w:val="el-GR"/>
              </w:rPr>
              <w:t>1. Λύκειο Βεργίνας</w:t>
            </w:r>
            <w:r w:rsidR="00AF3298">
              <w:rPr>
                <w:lang w:val="el-GR"/>
              </w:rPr>
              <w:t xml:space="preserve"> (Χριστοφόρου Ζωή)</w:t>
            </w:r>
            <w:r w:rsidRPr="00D93295">
              <w:rPr>
                <w:lang w:val="el-GR"/>
              </w:rPr>
              <w:br/>
              <w:t>2. Λύκειο Αγίου Γεωργίου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Χατζημπέη</w:t>
            </w:r>
            <w:proofErr w:type="spellEnd"/>
            <w:r w:rsidR="00AF3298">
              <w:rPr>
                <w:lang w:val="el-GR"/>
              </w:rPr>
              <w:t xml:space="preserve"> Άντρη)</w:t>
            </w:r>
            <w:r w:rsidRPr="00D93295">
              <w:rPr>
                <w:lang w:val="el-GR"/>
              </w:rPr>
              <w:br/>
              <w:t xml:space="preserve">3. </w:t>
            </w:r>
            <w:r w:rsidRPr="00AF3298">
              <w:rPr>
                <w:lang w:val="el-GR"/>
              </w:rPr>
              <w:t>Λύκειο Μακαρίου</w:t>
            </w:r>
            <w:r w:rsidR="00AF3298">
              <w:rPr>
                <w:lang w:val="el-GR"/>
              </w:rPr>
              <w:t xml:space="preserve"> (Αμπατζή Χρυσάνθη)</w:t>
            </w:r>
            <w:r w:rsidRPr="00AF3298">
              <w:rPr>
                <w:lang w:val="el-GR"/>
              </w:rPr>
              <w:br/>
              <w:t>4. Παγκύπριο Λύκειο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Παρπόττα</w:t>
            </w:r>
            <w:proofErr w:type="spellEnd"/>
            <w:r w:rsidR="00AF3298">
              <w:rPr>
                <w:lang w:val="el-GR"/>
              </w:rPr>
              <w:t xml:space="preserve"> Στέλλα)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0002F" w14:textId="6360A72C" w:rsidR="001B732C" w:rsidRPr="00AF3298" w:rsidRDefault="00050B60">
            <w:pPr>
              <w:spacing w:line="240" w:lineRule="auto"/>
              <w:jc w:val="center"/>
              <w:rPr>
                <w:lang w:val="el-GR"/>
              </w:rPr>
            </w:pPr>
            <w:r w:rsidRPr="00D93295">
              <w:rPr>
                <w:lang w:val="el-GR"/>
              </w:rPr>
              <w:t>1. Αμερικάνικη Ακαδημία</w:t>
            </w:r>
            <w:r w:rsidR="00AF3298">
              <w:rPr>
                <w:lang w:val="el-GR"/>
              </w:rPr>
              <w:t xml:space="preserve"> (Παπαγιάννης Σωτήρης)</w:t>
            </w:r>
            <w:r w:rsidRPr="00D93295">
              <w:rPr>
                <w:lang w:val="el-GR"/>
              </w:rPr>
              <w:br/>
              <w:t xml:space="preserve">2. Λύκειο </w:t>
            </w:r>
            <w:proofErr w:type="spellStart"/>
            <w:r w:rsidRPr="00D93295">
              <w:rPr>
                <w:lang w:val="el-GR"/>
              </w:rPr>
              <w:t>Αραδίππου</w:t>
            </w:r>
            <w:proofErr w:type="spellEnd"/>
            <w:r w:rsidR="00AF3298">
              <w:rPr>
                <w:lang w:val="el-GR"/>
              </w:rPr>
              <w:t xml:space="preserve"> (Θωμά Μάριος)</w:t>
            </w:r>
            <w:r w:rsidRPr="00D93295">
              <w:rPr>
                <w:lang w:val="el-GR"/>
              </w:rPr>
              <w:br/>
              <w:t xml:space="preserve">3. Λύκειο </w:t>
            </w:r>
            <w:proofErr w:type="spellStart"/>
            <w:r w:rsidRPr="00D93295">
              <w:rPr>
                <w:lang w:val="el-GR"/>
              </w:rPr>
              <w:t>Λευκάρων</w:t>
            </w:r>
            <w:proofErr w:type="spellEnd"/>
            <w:r w:rsidR="00AF3298">
              <w:rPr>
                <w:lang w:val="el-GR"/>
              </w:rPr>
              <w:t xml:space="preserve"> (Ανδρονίκου Θεόδωρος)</w:t>
            </w:r>
            <w:r w:rsidRPr="00D93295">
              <w:rPr>
                <w:lang w:val="el-GR"/>
              </w:rPr>
              <w:br/>
              <w:t xml:space="preserve">4. </w:t>
            </w:r>
            <w:r w:rsidRPr="00AF3298">
              <w:rPr>
                <w:lang w:val="el-GR"/>
              </w:rPr>
              <w:t>ΤΕΣΕΚ Λάρνακας</w:t>
            </w:r>
            <w:r w:rsidR="00AF3298">
              <w:rPr>
                <w:lang w:val="el-GR"/>
              </w:rPr>
              <w:t xml:space="preserve"> (Χριστοδούλου Έλενα)</w:t>
            </w:r>
            <w:r w:rsidRPr="00AF3298">
              <w:rPr>
                <w:lang w:val="el-GR"/>
              </w:rPr>
              <w:br/>
              <w:t>5. Λύκειο Λιβαδιών</w:t>
            </w:r>
            <w:r w:rsidR="00AF3298">
              <w:rPr>
                <w:lang w:val="el-GR"/>
              </w:rPr>
              <w:t xml:space="preserve"> (Μιχαήλ Μιχάλης)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3C73E" w14:textId="4748AABE" w:rsidR="001B732C" w:rsidRPr="00AF3298" w:rsidRDefault="00050B60">
            <w:pPr>
              <w:spacing w:line="240" w:lineRule="auto"/>
              <w:jc w:val="center"/>
              <w:rPr>
                <w:lang w:val="el-GR"/>
              </w:rPr>
            </w:pPr>
            <w:r w:rsidRPr="00D93295">
              <w:rPr>
                <w:lang w:val="el-GR"/>
              </w:rPr>
              <w:t xml:space="preserve">1. Λύκειο </w:t>
            </w:r>
            <w:proofErr w:type="spellStart"/>
            <w:r w:rsidRPr="00D93295">
              <w:rPr>
                <w:lang w:val="el-GR"/>
              </w:rPr>
              <w:t>Αραδίππου</w:t>
            </w:r>
            <w:proofErr w:type="spellEnd"/>
            <w:r w:rsidR="00AF3298">
              <w:rPr>
                <w:lang w:val="el-GR"/>
              </w:rPr>
              <w:t xml:space="preserve"> (Νικολάου Κατερίνα)</w:t>
            </w:r>
            <w:r w:rsidRPr="00D93295">
              <w:rPr>
                <w:lang w:val="el-GR"/>
              </w:rPr>
              <w:br/>
              <w:t>2. Λύκειο Αγίου Γεωργίου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Καλλής</w:t>
            </w:r>
            <w:proofErr w:type="spellEnd"/>
            <w:r w:rsidR="00AF3298">
              <w:rPr>
                <w:lang w:val="el-GR"/>
              </w:rPr>
              <w:t xml:space="preserve"> Στέλιος)</w:t>
            </w:r>
            <w:r w:rsidRPr="00D93295">
              <w:rPr>
                <w:lang w:val="el-GR"/>
              </w:rPr>
              <w:br/>
              <w:t xml:space="preserve">3. </w:t>
            </w:r>
            <w:r w:rsidRPr="00AF3298">
              <w:rPr>
                <w:lang w:val="el-GR"/>
              </w:rPr>
              <w:t>Αμερικάνικη Ακαδημία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Μπέκα</w:t>
            </w:r>
            <w:proofErr w:type="spellEnd"/>
            <w:r w:rsidR="00AF3298">
              <w:rPr>
                <w:lang w:val="el-GR"/>
              </w:rPr>
              <w:t xml:space="preserve"> Άννα)</w:t>
            </w:r>
            <w:r w:rsidRPr="00AF3298">
              <w:rPr>
                <w:lang w:val="el-GR"/>
              </w:rPr>
              <w:br/>
              <w:t>4. Λύκειο Βεργίνας</w:t>
            </w:r>
            <w:r w:rsidR="00AF3298">
              <w:rPr>
                <w:lang w:val="el-GR"/>
              </w:rPr>
              <w:t xml:space="preserve"> (Χαραλάμπους Μάριος)</w:t>
            </w:r>
          </w:p>
        </w:tc>
      </w:tr>
    </w:tbl>
    <w:p w14:paraId="6B7E3DE5" w14:textId="77777777" w:rsidR="001B732C" w:rsidRPr="00AF3298" w:rsidRDefault="001B732C">
      <w:pPr>
        <w:spacing w:after="200"/>
        <w:jc w:val="center"/>
        <w:rPr>
          <w:lang w:val="el-G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3"/>
        <w:gridCol w:w="5133"/>
        <w:gridCol w:w="5133"/>
      </w:tblGrid>
      <w:tr w:rsidR="001B732C" w14:paraId="359B45EF" w14:textId="77777777">
        <w:trPr>
          <w:cantSplit/>
          <w:tblHeader/>
          <w:jc w:val="center"/>
        </w:trPr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973DF" w14:textId="2D32BD68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ΠΕΤΟΣΦΑ</w:t>
            </w:r>
            <w:r w:rsidR="00663B28">
              <w:rPr>
                <w:b/>
              </w:rPr>
              <w:t>I</w:t>
            </w:r>
            <w:r>
              <w:rPr>
                <w:b/>
              </w:rPr>
              <w:t>ΡΙΣΗ ΑΡΡ</w:t>
            </w:r>
            <w:r w:rsidR="002B7A51">
              <w:rPr>
                <w:b/>
                <w:lang w:val="el-GR"/>
              </w:rPr>
              <w:t>Ε</w:t>
            </w:r>
            <w:r>
              <w:rPr>
                <w:b/>
              </w:rPr>
              <w:t>ΝΩΝ</w:t>
            </w:r>
            <w:r>
              <w:rPr>
                <w:b/>
              </w:rPr>
              <w:br/>
            </w:r>
            <w:r w:rsidR="002B7A51">
              <w:rPr>
                <w:b/>
                <w:lang w:val="el-GR"/>
              </w:rPr>
              <w:t>Ο</w:t>
            </w:r>
            <w:r>
              <w:rPr>
                <w:b/>
              </w:rPr>
              <w:t>ΜΙΛΟΣ Α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F319E" w14:textId="042B5666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ΠΕΤΟΣΦΑ</w:t>
            </w:r>
            <w:r w:rsidR="00663B28">
              <w:rPr>
                <w:b/>
              </w:rPr>
              <w:t>I</w:t>
            </w:r>
            <w:r>
              <w:rPr>
                <w:b/>
              </w:rPr>
              <w:t>ΡΙΣΗ ΘΗΛ</w:t>
            </w:r>
            <w:r w:rsidR="002B7A51">
              <w:rPr>
                <w:b/>
                <w:lang w:val="el-GR"/>
              </w:rPr>
              <w:t>Ε</w:t>
            </w:r>
            <w:r>
              <w:rPr>
                <w:b/>
              </w:rPr>
              <w:t>ΩΝ</w:t>
            </w:r>
            <w:r>
              <w:rPr>
                <w:b/>
              </w:rPr>
              <w:br/>
            </w:r>
            <w:r w:rsidR="002B7A51">
              <w:rPr>
                <w:b/>
                <w:lang w:val="el-GR"/>
              </w:rPr>
              <w:t>Ο</w:t>
            </w:r>
            <w:r>
              <w:rPr>
                <w:b/>
              </w:rPr>
              <w:t>ΜΙΛΟΣ Α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F3AB0" w14:textId="0DA2BF25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ΠΕΤΟΣΦΑ</w:t>
            </w:r>
            <w:r w:rsidR="00663B28">
              <w:rPr>
                <w:b/>
              </w:rPr>
              <w:t>I</w:t>
            </w:r>
            <w:r>
              <w:rPr>
                <w:b/>
              </w:rPr>
              <w:t>ΡΙΣΗ ΘΗΛ</w:t>
            </w:r>
            <w:r w:rsidR="002B7A51">
              <w:rPr>
                <w:b/>
                <w:lang w:val="el-GR"/>
              </w:rPr>
              <w:t>Ε</w:t>
            </w:r>
            <w:r>
              <w:rPr>
                <w:b/>
              </w:rPr>
              <w:t>ΩΝ</w:t>
            </w:r>
            <w:r>
              <w:rPr>
                <w:b/>
              </w:rPr>
              <w:br/>
            </w:r>
            <w:r w:rsidR="002B7A51">
              <w:rPr>
                <w:b/>
                <w:lang w:val="el-GR"/>
              </w:rPr>
              <w:t>Ο</w:t>
            </w:r>
            <w:r>
              <w:rPr>
                <w:b/>
              </w:rPr>
              <w:t>ΜΙΛΟΣ Β</w:t>
            </w:r>
          </w:p>
        </w:tc>
      </w:tr>
      <w:tr w:rsidR="001B732C" w:rsidRPr="00BE5623" w14:paraId="5EF89E61" w14:textId="77777777">
        <w:trPr>
          <w:cantSplit/>
          <w:jc w:val="center"/>
        </w:trPr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6AD0E" w14:textId="5B938B26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 w:rsidRPr="00D93295">
              <w:rPr>
                <w:lang w:val="el-GR"/>
              </w:rPr>
              <w:t>1. ΤΕΣΕΚ Λάρνακας</w:t>
            </w:r>
            <w:r w:rsidR="00AF3298">
              <w:rPr>
                <w:lang w:val="el-GR"/>
              </w:rPr>
              <w:t xml:space="preserve"> (Σάββα </w:t>
            </w:r>
            <w:proofErr w:type="spellStart"/>
            <w:r w:rsidR="00AF3298">
              <w:rPr>
                <w:lang w:val="el-GR"/>
              </w:rPr>
              <w:t>Κατερίνος</w:t>
            </w:r>
            <w:proofErr w:type="spellEnd"/>
            <w:r w:rsidR="00AF3298">
              <w:rPr>
                <w:lang w:val="el-GR"/>
              </w:rPr>
              <w:t>)</w:t>
            </w:r>
            <w:r w:rsidRPr="00D93295">
              <w:rPr>
                <w:lang w:val="el-GR"/>
              </w:rPr>
              <w:br/>
              <w:t>2. Λύκειο Λιβαδιών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Κούμας</w:t>
            </w:r>
            <w:proofErr w:type="spellEnd"/>
            <w:r w:rsidR="00AF3298">
              <w:rPr>
                <w:lang w:val="el-GR"/>
              </w:rPr>
              <w:t xml:space="preserve"> Γεώργιος)</w:t>
            </w:r>
            <w:r w:rsidRPr="00D93295">
              <w:rPr>
                <w:lang w:val="el-GR"/>
              </w:rPr>
              <w:br/>
              <w:t>3. Λύκειο Μακαρίου</w:t>
            </w:r>
            <w:r w:rsidR="00AF3298">
              <w:rPr>
                <w:lang w:val="el-GR"/>
              </w:rPr>
              <w:t xml:space="preserve"> (Χρίστου Χάρης)</w:t>
            </w:r>
            <w:r w:rsidRPr="00D93295">
              <w:rPr>
                <w:lang w:val="el-GR"/>
              </w:rPr>
              <w:br/>
              <w:t>4. Αμερικάνικη Ακαδημία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Τζιωρτζής</w:t>
            </w:r>
            <w:proofErr w:type="spellEnd"/>
            <w:r w:rsidR="00AF3298">
              <w:rPr>
                <w:lang w:val="el-GR"/>
              </w:rPr>
              <w:t xml:space="preserve"> Όμηρος)</w:t>
            </w:r>
            <w:r w:rsidRPr="00D93295">
              <w:rPr>
                <w:lang w:val="el-GR"/>
              </w:rPr>
              <w:br/>
              <w:t>5. Λύκειο Βεργίνας</w:t>
            </w:r>
            <w:r w:rsidR="00AF3298">
              <w:rPr>
                <w:lang w:val="el-GR"/>
              </w:rPr>
              <w:t xml:space="preserve"> (Στυλιανού Σάββας)</w:t>
            </w:r>
            <w:r w:rsidRPr="00D93295">
              <w:rPr>
                <w:lang w:val="el-GR"/>
              </w:rPr>
              <w:br/>
              <w:t xml:space="preserve">6. Λύκειο </w:t>
            </w:r>
            <w:proofErr w:type="spellStart"/>
            <w:r w:rsidRPr="00D93295">
              <w:rPr>
                <w:lang w:val="el-GR"/>
              </w:rPr>
              <w:t>Λευκάρων</w:t>
            </w:r>
            <w:proofErr w:type="spellEnd"/>
            <w:r w:rsidR="00AF3298">
              <w:rPr>
                <w:lang w:val="el-GR"/>
              </w:rPr>
              <w:t xml:space="preserve"> (Αντωνιάδης Μάριος)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9B3A5" w14:textId="4B9A42CC" w:rsidR="001B732C" w:rsidRPr="00AF3298" w:rsidRDefault="00050B60">
            <w:pPr>
              <w:spacing w:line="240" w:lineRule="auto"/>
              <w:jc w:val="center"/>
              <w:rPr>
                <w:lang w:val="el-GR"/>
              </w:rPr>
            </w:pPr>
            <w:r w:rsidRPr="00D93295">
              <w:rPr>
                <w:lang w:val="el-GR"/>
              </w:rPr>
              <w:t>1. Λύκειο Βεργίνας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Κουρουκλάς</w:t>
            </w:r>
            <w:proofErr w:type="spellEnd"/>
            <w:r w:rsidR="00AF3298">
              <w:rPr>
                <w:lang w:val="el-GR"/>
              </w:rPr>
              <w:t xml:space="preserve"> Χαράλαμπος)</w:t>
            </w:r>
            <w:r w:rsidRPr="00D93295">
              <w:rPr>
                <w:lang w:val="el-GR"/>
              </w:rPr>
              <w:br/>
              <w:t>2. Λύκειο Αγίου Γεωργίου</w:t>
            </w:r>
            <w:r w:rsidR="00AF3298">
              <w:rPr>
                <w:lang w:val="el-GR"/>
              </w:rPr>
              <w:t xml:space="preserve"> (Χριστοφή </w:t>
            </w:r>
            <w:proofErr w:type="spellStart"/>
            <w:r w:rsidR="00AF3298">
              <w:rPr>
                <w:lang w:val="el-GR"/>
              </w:rPr>
              <w:t>Χριστάκης</w:t>
            </w:r>
            <w:proofErr w:type="spellEnd"/>
            <w:r w:rsidR="00AF3298">
              <w:rPr>
                <w:lang w:val="el-GR"/>
              </w:rPr>
              <w:t>)</w:t>
            </w:r>
            <w:r w:rsidRPr="00D93295">
              <w:rPr>
                <w:lang w:val="el-GR"/>
              </w:rPr>
              <w:br/>
              <w:t xml:space="preserve">3. </w:t>
            </w:r>
            <w:r w:rsidRPr="00AF3298">
              <w:rPr>
                <w:lang w:val="el-GR"/>
              </w:rPr>
              <w:t xml:space="preserve">Λύκειο </w:t>
            </w:r>
            <w:proofErr w:type="spellStart"/>
            <w:r w:rsidRPr="00AF3298">
              <w:rPr>
                <w:lang w:val="el-GR"/>
              </w:rPr>
              <w:t>Αραδίππου</w:t>
            </w:r>
            <w:proofErr w:type="spellEnd"/>
            <w:r w:rsidR="00AF3298">
              <w:rPr>
                <w:lang w:val="el-GR"/>
              </w:rPr>
              <w:t xml:space="preserve"> (Χρυσοστόμου Σίμος)</w:t>
            </w:r>
            <w:r w:rsidRPr="00AF3298">
              <w:rPr>
                <w:lang w:val="el-GR"/>
              </w:rPr>
              <w:br/>
              <w:t xml:space="preserve">4. </w:t>
            </w:r>
            <w:r>
              <w:t>Med</w:t>
            </w:r>
            <w:r w:rsidRPr="00AF3298">
              <w:rPr>
                <w:lang w:val="el-GR"/>
              </w:rPr>
              <w:t xml:space="preserve"> </w:t>
            </w:r>
            <w:r>
              <w:t>High</w:t>
            </w:r>
            <w:r w:rsidR="00AF3298">
              <w:rPr>
                <w:lang w:val="el-GR"/>
              </w:rPr>
              <w:t xml:space="preserve"> (Χαραλάμπους Αγνή)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DBEAB" w14:textId="287C74D9" w:rsidR="001B732C" w:rsidRPr="00AF3298" w:rsidRDefault="00050B60">
            <w:pPr>
              <w:spacing w:line="240" w:lineRule="auto"/>
              <w:jc w:val="center"/>
              <w:rPr>
                <w:lang w:val="el-GR"/>
              </w:rPr>
            </w:pPr>
            <w:r w:rsidRPr="00D93295">
              <w:rPr>
                <w:lang w:val="el-GR"/>
              </w:rPr>
              <w:t>1. Λύκειο Λιβαδιών</w:t>
            </w:r>
            <w:r w:rsidR="00AF3298">
              <w:rPr>
                <w:lang w:val="el-GR"/>
              </w:rPr>
              <w:t xml:space="preserve"> (Χριστοφή Μαρία)</w:t>
            </w:r>
            <w:r w:rsidRPr="00D93295">
              <w:rPr>
                <w:lang w:val="el-GR"/>
              </w:rPr>
              <w:br/>
              <w:t>2. Παγκύπριο Λύκειο</w:t>
            </w:r>
            <w:r w:rsidR="00AF3298">
              <w:rPr>
                <w:lang w:val="el-GR"/>
              </w:rPr>
              <w:t xml:space="preserve"> (Χατζηγεωργίου Σάββας)</w:t>
            </w:r>
            <w:r w:rsidRPr="00D93295">
              <w:rPr>
                <w:lang w:val="el-GR"/>
              </w:rPr>
              <w:br/>
              <w:t>3. Αμερικάνικη Ακαδημία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Μπέκα</w:t>
            </w:r>
            <w:proofErr w:type="spellEnd"/>
            <w:r w:rsidR="00AF3298">
              <w:rPr>
                <w:lang w:val="el-GR"/>
              </w:rPr>
              <w:t xml:space="preserve"> Άννα)</w:t>
            </w:r>
            <w:r w:rsidRPr="00D93295">
              <w:rPr>
                <w:lang w:val="el-GR"/>
              </w:rPr>
              <w:br/>
              <w:t xml:space="preserve">4. </w:t>
            </w:r>
            <w:r w:rsidRPr="00AF3298">
              <w:rPr>
                <w:lang w:val="el-GR"/>
              </w:rPr>
              <w:t>Λύκειο Μακαρίου</w:t>
            </w:r>
            <w:r w:rsidR="00AF3298">
              <w:rPr>
                <w:lang w:val="el-GR"/>
              </w:rPr>
              <w:t xml:space="preserve"> (Γεωργίου </w:t>
            </w:r>
            <w:proofErr w:type="spellStart"/>
            <w:r w:rsidR="00AF3298">
              <w:rPr>
                <w:lang w:val="el-GR"/>
              </w:rPr>
              <w:t>Χριστάκης</w:t>
            </w:r>
            <w:proofErr w:type="spellEnd"/>
            <w:r w:rsidR="00AF3298">
              <w:rPr>
                <w:lang w:val="el-GR"/>
              </w:rPr>
              <w:t>)</w:t>
            </w:r>
            <w:r w:rsidRPr="00AF3298">
              <w:rPr>
                <w:lang w:val="el-GR"/>
              </w:rPr>
              <w:br/>
              <w:t xml:space="preserve">5. Λύκειο </w:t>
            </w:r>
            <w:proofErr w:type="spellStart"/>
            <w:r w:rsidRPr="00AF3298">
              <w:rPr>
                <w:lang w:val="el-GR"/>
              </w:rPr>
              <w:t>Λευκάρων</w:t>
            </w:r>
            <w:proofErr w:type="spellEnd"/>
            <w:r w:rsidR="00AF3298">
              <w:rPr>
                <w:lang w:val="el-GR"/>
              </w:rPr>
              <w:t xml:space="preserve"> (</w:t>
            </w:r>
            <w:proofErr w:type="spellStart"/>
            <w:r w:rsidR="00AF3298">
              <w:rPr>
                <w:lang w:val="el-GR"/>
              </w:rPr>
              <w:t>Αναστάση</w:t>
            </w:r>
            <w:proofErr w:type="spellEnd"/>
            <w:r w:rsidR="00AF3298">
              <w:rPr>
                <w:lang w:val="el-GR"/>
              </w:rPr>
              <w:t xml:space="preserve"> Άννα)</w:t>
            </w:r>
          </w:p>
        </w:tc>
      </w:tr>
    </w:tbl>
    <w:p w14:paraId="02E0DD9D" w14:textId="77777777" w:rsidR="001B732C" w:rsidRPr="00AF3298" w:rsidRDefault="001B732C">
      <w:pPr>
        <w:spacing w:after="200"/>
        <w:jc w:val="center"/>
        <w:rPr>
          <w:lang w:val="el-GR"/>
        </w:rPr>
      </w:pPr>
    </w:p>
    <w:tbl>
      <w:tblPr>
        <w:tblpPr w:leftFromText="180" w:rightFromText="180" w:vertAnchor="text" w:horzAnchor="margin" w:tblpY="135"/>
        <w:tblW w:w="15399" w:type="dxa"/>
        <w:tblLayout w:type="fixed"/>
        <w:tblLook w:val="04A0" w:firstRow="1" w:lastRow="0" w:firstColumn="1" w:lastColumn="0" w:noHBand="0" w:noVBand="1"/>
      </w:tblPr>
      <w:tblGrid>
        <w:gridCol w:w="5133"/>
        <w:gridCol w:w="5133"/>
        <w:gridCol w:w="5133"/>
      </w:tblGrid>
      <w:tr w:rsidR="002B7A51" w14:paraId="3F9D9AC7" w14:textId="77777777" w:rsidTr="002B7A51">
        <w:trPr>
          <w:cantSplit/>
          <w:tblHeader/>
        </w:trPr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D9351" w14:textId="1ACD31A5" w:rsidR="002B7A51" w:rsidRPr="008466F7" w:rsidRDefault="002B7A51" w:rsidP="002B7A51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b/>
                <w:lang w:val="el-GR"/>
              </w:rPr>
              <w:t>ΧΕΙΡΟΣΦΑΙΡΙΣΗ</w:t>
            </w:r>
            <w:r>
              <w:rPr>
                <w:b/>
              </w:rPr>
              <w:t xml:space="preserve"> ΑΡΡ</w:t>
            </w:r>
            <w:r>
              <w:rPr>
                <w:b/>
                <w:lang w:val="el-GR"/>
              </w:rPr>
              <w:t>Ε</w:t>
            </w:r>
            <w:r>
              <w:rPr>
                <w:b/>
              </w:rPr>
              <w:t>ΝΩΝ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979D8" w14:textId="4CF640DC" w:rsidR="002B7A51" w:rsidRPr="008466F7" w:rsidRDefault="002B7A51" w:rsidP="002B7A51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b/>
                <w:lang w:val="el-GR"/>
              </w:rPr>
              <w:t>ΧΕΙΡΟ</w:t>
            </w:r>
            <w:r>
              <w:rPr>
                <w:b/>
              </w:rPr>
              <w:t>ΣΦΑIΡΙΣΗ ΘΗΛ</w:t>
            </w:r>
            <w:r>
              <w:rPr>
                <w:b/>
                <w:lang w:val="el-GR"/>
              </w:rPr>
              <w:t>Ε</w:t>
            </w:r>
            <w:r>
              <w:rPr>
                <w:b/>
              </w:rPr>
              <w:t>ΩΝ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43121" w14:textId="77777777" w:rsidR="002B7A51" w:rsidRDefault="002B7A51" w:rsidP="002B7A51">
            <w:pPr>
              <w:spacing w:line="240" w:lineRule="auto"/>
              <w:jc w:val="center"/>
            </w:pPr>
            <w:r>
              <w:rPr>
                <w:b/>
                <w:lang w:val="el-GR"/>
              </w:rPr>
              <w:t>ΠΟΔΟΣΦΑΙΡΟ ΣΑΛΑΣ</w:t>
            </w:r>
            <w:r>
              <w:rPr>
                <w:b/>
              </w:rPr>
              <w:br/>
            </w:r>
            <w:r>
              <w:rPr>
                <w:b/>
                <w:lang w:val="el-GR"/>
              </w:rPr>
              <w:t>ΑΡΡΕΝΩΝ</w:t>
            </w:r>
          </w:p>
        </w:tc>
      </w:tr>
      <w:tr w:rsidR="002B7A51" w:rsidRPr="00F64FA6" w14:paraId="21326C9E" w14:textId="77777777" w:rsidTr="002B7A51">
        <w:trPr>
          <w:cantSplit/>
        </w:trPr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78B54" w14:textId="375D3E49" w:rsidR="002B7A51" w:rsidRPr="002B7A51" w:rsidRDefault="002B7A51" w:rsidP="00F64FA6">
            <w:pPr>
              <w:pStyle w:val="aa"/>
              <w:spacing w:line="240" w:lineRule="auto"/>
              <w:ind w:left="0" w:firstLine="7"/>
              <w:jc w:val="center"/>
              <w:rPr>
                <w:lang w:val="el-GR"/>
              </w:rPr>
            </w:pPr>
            <w:r>
              <w:rPr>
                <w:lang w:val="el-GR"/>
              </w:rPr>
              <w:t>1.</w:t>
            </w:r>
            <w:r w:rsidRPr="002B7A51">
              <w:rPr>
                <w:lang w:val="el-GR"/>
              </w:rPr>
              <w:t xml:space="preserve"> Λύκειο Λιβαδιών </w:t>
            </w:r>
            <w:r w:rsidR="00AF3298">
              <w:rPr>
                <w:lang w:val="el-GR"/>
              </w:rPr>
              <w:t>(Ευαγγέλου Άγγελος)</w:t>
            </w:r>
            <w:r w:rsidRPr="002B7A51">
              <w:rPr>
                <w:lang w:val="el-GR"/>
              </w:rPr>
              <w:br/>
            </w:r>
            <w:r>
              <w:rPr>
                <w:lang w:val="el-GR"/>
              </w:rPr>
              <w:t xml:space="preserve">2. </w:t>
            </w:r>
            <w:r w:rsidRPr="002B7A51">
              <w:rPr>
                <w:lang w:val="el-GR"/>
              </w:rPr>
              <w:t>Αμερικάνικη Ακαδημία</w:t>
            </w:r>
            <w:r w:rsidR="00AF3298">
              <w:rPr>
                <w:lang w:val="el-GR"/>
              </w:rPr>
              <w:t xml:space="preserve"> (</w:t>
            </w:r>
            <w:proofErr w:type="spellStart"/>
            <w:r w:rsidR="00F64FA6">
              <w:rPr>
                <w:lang w:val="el-GR"/>
              </w:rPr>
              <w:t>Μέσαρος</w:t>
            </w:r>
            <w:proofErr w:type="spellEnd"/>
            <w:r w:rsidR="00F64FA6">
              <w:rPr>
                <w:lang w:val="el-GR"/>
              </w:rPr>
              <w:t xml:space="preserve"> </w:t>
            </w:r>
            <w:proofErr w:type="spellStart"/>
            <w:r w:rsidR="00F64FA6">
              <w:rPr>
                <w:lang w:val="el-GR"/>
              </w:rPr>
              <w:t>Έμεσε</w:t>
            </w:r>
            <w:proofErr w:type="spellEnd"/>
            <w:r w:rsidR="00F64FA6">
              <w:rPr>
                <w:lang w:val="el-GR"/>
              </w:rPr>
              <w:t>)</w:t>
            </w:r>
            <w:r w:rsidRPr="002B7A51">
              <w:rPr>
                <w:lang w:val="el-GR"/>
              </w:rPr>
              <w:br/>
            </w:r>
            <w:r>
              <w:rPr>
                <w:lang w:val="el-GR"/>
              </w:rPr>
              <w:t xml:space="preserve">3. </w:t>
            </w:r>
            <w:r w:rsidRPr="002B7A51">
              <w:rPr>
                <w:lang w:val="el-GR"/>
              </w:rPr>
              <w:t xml:space="preserve">Λύκειο </w:t>
            </w:r>
            <w:proofErr w:type="spellStart"/>
            <w:r w:rsidRPr="002B7A51">
              <w:rPr>
                <w:lang w:val="el-GR"/>
              </w:rPr>
              <w:t>Αραδίππου</w:t>
            </w:r>
            <w:proofErr w:type="spellEnd"/>
            <w:r w:rsidR="00F64FA6">
              <w:rPr>
                <w:lang w:val="el-GR"/>
              </w:rPr>
              <w:t xml:space="preserve"> (Μαυραγάνης Κωνσταντίνος)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8D07B" w14:textId="4C3A01D8" w:rsidR="002B7A51" w:rsidRPr="008466F7" w:rsidRDefault="002B7A51" w:rsidP="002B7A51">
            <w:pPr>
              <w:spacing w:line="240" w:lineRule="auto"/>
              <w:jc w:val="center"/>
              <w:rPr>
                <w:lang w:val="el-GR"/>
              </w:rPr>
            </w:pPr>
            <w:r w:rsidRPr="00D93295">
              <w:rPr>
                <w:lang w:val="el-GR"/>
              </w:rPr>
              <w:t xml:space="preserve">1. </w:t>
            </w:r>
            <w:r>
              <w:rPr>
                <w:lang w:val="el-GR"/>
              </w:rPr>
              <w:t>Αμερικάνικη Ακαδημία</w:t>
            </w:r>
            <w:r w:rsidR="00F64FA6">
              <w:rPr>
                <w:lang w:val="el-GR"/>
              </w:rPr>
              <w:t xml:space="preserve"> (</w:t>
            </w:r>
            <w:proofErr w:type="spellStart"/>
            <w:r w:rsidR="00F64FA6">
              <w:rPr>
                <w:lang w:val="el-GR"/>
              </w:rPr>
              <w:t>Μέσαρος</w:t>
            </w:r>
            <w:proofErr w:type="spellEnd"/>
            <w:r w:rsidR="00F64FA6">
              <w:rPr>
                <w:lang w:val="el-GR"/>
              </w:rPr>
              <w:t xml:space="preserve"> </w:t>
            </w:r>
            <w:proofErr w:type="spellStart"/>
            <w:r w:rsidR="00F64FA6">
              <w:rPr>
                <w:lang w:val="el-GR"/>
              </w:rPr>
              <w:t>Έμεσε</w:t>
            </w:r>
            <w:proofErr w:type="spellEnd"/>
            <w:r w:rsidR="00F64FA6">
              <w:rPr>
                <w:lang w:val="el-GR"/>
              </w:rPr>
              <w:t>)</w:t>
            </w:r>
            <w:r w:rsidRPr="00D93295">
              <w:rPr>
                <w:lang w:val="el-GR"/>
              </w:rPr>
              <w:br/>
              <w:t>2. Λύκειο Αγίου Γεωργίου</w:t>
            </w:r>
            <w:r w:rsidR="00F64FA6">
              <w:rPr>
                <w:lang w:val="el-GR"/>
              </w:rPr>
              <w:t xml:space="preserve"> (</w:t>
            </w:r>
            <w:proofErr w:type="spellStart"/>
            <w:r w:rsidR="00F64FA6">
              <w:rPr>
                <w:lang w:val="el-GR"/>
              </w:rPr>
              <w:t>Σταυρινίδου</w:t>
            </w:r>
            <w:proofErr w:type="spellEnd"/>
            <w:r w:rsidR="00F64FA6">
              <w:rPr>
                <w:lang w:val="el-GR"/>
              </w:rPr>
              <w:t xml:space="preserve"> </w:t>
            </w:r>
            <w:proofErr w:type="spellStart"/>
            <w:r w:rsidR="00F64FA6">
              <w:rPr>
                <w:lang w:val="el-GR"/>
              </w:rPr>
              <w:t>Σούλλα</w:t>
            </w:r>
            <w:proofErr w:type="spellEnd"/>
            <w:r w:rsidR="00F64FA6">
              <w:rPr>
                <w:lang w:val="el-GR"/>
              </w:rPr>
              <w:t>)</w:t>
            </w:r>
            <w:r w:rsidRPr="00D93295">
              <w:rPr>
                <w:lang w:val="el-GR"/>
              </w:rPr>
              <w:br/>
              <w:t xml:space="preserve">3. </w:t>
            </w:r>
            <w:r w:rsidRPr="00F64FA6">
              <w:rPr>
                <w:lang w:val="el-GR"/>
              </w:rPr>
              <w:t xml:space="preserve">Λύκειο </w:t>
            </w:r>
            <w:proofErr w:type="spellStart"/>
            <w:r w:rsidRPr="00F64FA6">
              <w:rPr>
                <w:lang w:val="el-GR"/>
              </w:rPr>
              <w:t>Αραδίππου</w:t>
            </w:r>
            <w:proofErr w:type="spellEnd"/>
            <w:r w:rsidR="00F64FA6">
              <w:rPr>
                <w:lang w:val="el-GR"/>
              </w:rPr>
              <w:t xml:space="preserve"> (Μαυραγάνης Κωνσταντίνος)</w:t>
            </w:r>
          </w:p>
        </w:tc>
        <w:tc>
          <w:tcPr>
            <w:tcW w:w="513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2FD03" w14:textId="6CC10689" w:rsidR="002B7A51" w:rsidRPr="00F64FA6" w:rsidRDefault="002B7A51" w:rsidP="002B7A51">
            <w:pPr>
              <w:spacing w:line="240" w:lineRule="auto"/>
              <w:jc w:val="center"/>
              <w:rPr>
                <w:lang w:val="el-GR"/>
              </w:rPr>
            </w:pPr>
            <w:r w:rsidRPr="00A77C07">
              <w:rPr>
                <w:lang w:val="el-GR"/>
              </w:rPr>
              <w:t xml:space="preserve">1. </w:t>
            </w:r>
            <w:r w:rsidRPr="00D93295">
              <w:rPr>
                <w:lang w:val="el-GR"/>
              </w:rPr>
              <w:t>Λύκειο</w:t>
            </w:r>
            <w:r w:rsidRPr="00A77C07">
              <w:rPr>
                <w:lang w:val="el-GR"/>
              </w:rPr>
              <w:t xml:space="preserve"> </w:t>
            </w:r>
            <w:r>
              <w:rPr>
                <w:lang w:val="el-GR"/>
              </w:rPr>
              <w:t>Βεργίνας</w:t>
            </w:r>
            <w:r w:rsidR="00F64FA6">
              <w:rPr>
                <w:lang w:val="el-GR"/>
              </w:rPr>
              <w:t xml:space="preserve"> (</w:t>
            </w:r>
            <w:proofErr w:type="spellStart"/>
            <w:r w:rsidR="00F64FA6">
              <w:rPr>
                <w:lang w:val="el-GR"/>
              </w:rPr>
              <w:t>Κουρουκλάς</w:t>
            </w:r>
            <w:proofErr w:type="spellEnd"/>
            <w:r w:rsidR="00F64FA6">
              <w:rPr>
                <w:lang w:val="el-GR"/>
              </w:rPr>
              <w:t xml:space="preserve"> Χαράλαμπος)</w:t>
            </w:r>
            <w:r w:rsidRPr="00A77C07">
              <w:rPr>
                <w:lang w:val="el-GR"/>
              </w:rPr>
              <w:br/>
              <w:t xml:space="preserve">2. </w:t>
            </w:r>
            <w:r>
              <w:rPr>
                <w:lang w:val="en-GB"/>
              </w:rPr>
              <w:t>Med</w:t>
            </w:r>
            <w:r w:rsidRPr="00A77C07">
              <w:rPr>
                <w:lang w:val="el-GR"/>
              </w:rPr>
              <w:t xml:space="preserve"> </w:t>
            </w:r>
            <w:r>
              <w:rPr>
                <w:lang w:val="en-GB"/>
              </w:rPr>
              <w:t>High</w:t>
            </w:r>
            <w:r w:rsidR="00F64FA6">
              <w:rPr>
                <w:lang w:val="el-GR"/>
              </w:rPr>
              <w:t xml:space="preserve"> (</w:t>
            </w:r>
            <w:proofErr w:type="spellStart"/>
            <w:r w:rsidR="00F64FA6">
              <w:rPr>
                <w:lang w:val="el-GR"/>
              </w:rPr>
              <w:t>Λοφίτης</w:t>
            </w:r>
            <w:proofErr w:type="spellEnd"/>
            <w:r w:rsidR="00F64FA6">
              <w:rPr>
                <w:lang w:val="el-GR"/>
              </w:rPr>
              <w:t xml:space="preserve"> Κώστας)</w:t>
            </w:r>
          </w:p>
          <w:p w14:paraId="0CFEACA8" w14:textId="28F8299C" w:rsidR="002B7A51" w:rsidRPr="002B7A51" w:rsidRDefault="002B7A51" w:rsidP="00F64FA6">
            <w:pPr>
              <w:spacing w:line="240" w:lineRule="auto"/>
              <w:jc w:val="center"/>
              <w:rPr>
                <w:lang w:val="el-GR"/>
              </w:rPr>
            </w:pPr>
            <w:r w:rsidRPr="00A77C07">
              <w:rPr>
                <w:lang w:val="el-GR"/>
              </w:rPr>
              <w:t xml:space="preserve">3. </w:t>
            </w:r>
            <w:r>
              <w:rPr>
                <w:lang w:val="el-GR"/>
              </w:rPr>
              <w:t>Λύκειο</w:t>
            </w:r>
            <w:r w:rsidRPr="00A77C07">
              <w:rPr>
                <w:lang w:val="el-GR"/>
              </w:rPr>
              <w:t xml:space="preserve">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  <w:r w:rsidR="00F64FA6">
              <w:rPr>
                <w:lang w:val="el-GR"/>
              </w:rPr>
              <w:t xml:space="preserve"> (Μαυραγάνης Κωνσταντίνος)</w:t>
            </w:r>
          </w:p>
        </w:tc>
      </w:tr>
    </w:tbl>
    <w:p w14:paraId="67915A9F" w14:textId="77777777" w:rsidR="002B7A51" w:rsidRPr="00F64FA6" w:rsidRDefault="00050B60">
      <w:pPr>
        <w:rPr>
          <w:lang w:val="el-GR"/>
        </w:rPr>
      </w:pPr>
      <w:r w:rsidRPr="00F64FA6">
        <w:rPr>
          <w:lang w:val="el-GR"/>
        </w:rPr>
        <w:br w:type="page"/>
      </w:r>
    </w:p>
    <w:p w14:paraId="07A27282" w14:textId="471E117A" w:rsidR="001B732C" w:rsidRPr="00F64FA6" w:rsidRDefault="001B732C">
      <w:pPr>
        <w:rPr>
          <w:lang w:val="el-GR"/>
        </w:rPr>
      </w:pPr>
    </w:p>
    <w:p w14:paraId="7E0F879E" w14:textId="46899C85" w:rsidR="001B732C" w:rsidRPr="00663B28" w:rsidRDefault="00050B60">
      <w:pPr>
        <w:spacing w:after="80"/>
        <w:jc w:val="center"/>
        <w:rPr>
          <w:lang w:val="el-GR"/>
        </w:rPr>
      </w:pPr>
      <w:r w:rsidRPr="00663B28">
        <w:rPr>
          <w:b/>
          <w:sz w:val="30"/>
          <w:lang w:val="el-GR"/>
        </w:rPr>
        <w:t>ΠΡΟΓΡΑΜΜΑ ΑΓΩΝΩΝ ΚΑΛΑΘΟΣΦΑ</w:t>
      </w:r>
      <w:r w:rsidR="00663B28">
        <w:rPr>
          <w:b/>
          <w:sz w:val="30"/>
        </w:rPr>
        <w:t>I</w:t>
      </w:r>
      <w:r w:rsidRPr="00663B28">
        <w:rPr>
          <w:b/>
          <w:sz w:val="30"/>
          <w:lang w:val="el-GR"/>
        </w:rPr>
        <w:t>ΡΙΣΗΣ ΑΡΡ</w:t>
      </w:r>
      <w:r w:rsidR="00663B28">
        <w:rPr>
          <w:b/>
          <w:sz w:val="30"/>
        </w:rPr>
        <w:t>E</w:t>
      </w:r>
      <w:r w:rsidRPr="00663B28">
        <w:rPr>
          <w:b/>
          <w:sz w:val="30"/>
          <w:lang w:val="el-GR"/>
        </w:rPr>
        <w:t>ΝΩΝ ΛΥΚΕΙΩΝ</w:t>
      </w:r>
    </w:p>
    <w:p w14:paraId="34D2B78B" w14:textId="77777777" w:rsidR="001B732C" w:rsidRDefault="00050B60">
      <w:pPr>
        <w:spacing w:after="200"/>
        <w:jc w:val="center"/>
      </w:pPr>
      <w:r>
        <w:t>ΣΧΟΛΙΚΗ ΧΡΟΝΙΑ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1B732C" w14:paraId="25E06599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8237E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66401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73BED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2CA77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E0920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0FEEB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1B732C" w14:paraId="38177060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66B89" w14:textId="77777777" w:rsidR="001B732C" w:rsidRDefault="00050B60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82F27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02/11/2026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B07A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ΤΕΣΕΚ Λάρνακας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012D5" w14:textId="77777777" w:rsidR="001B732C" w:rsidRDefault="00050B60">
            <w:pPr>
              <w:spacing w:line="240" w:lineRule="auto"/>
              <w:jc w:val="center"/>
            </w:pPr>
            <w:r>
              <w:t>Πα</w:t>
            </w:r>
            <w:proofErr w:type="spellStart"/>
            <w:r>
              <w:t>ύλου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proofErr w:type="spellStart"/>
            <w:r>
              <w:t>Ανδρονίκου</w:t>
            </w:r>
            <w:proofErr w:type="spellEnd"/>
            <w:r>
              <w:t xml:space="preserve"> </w:t>
            </w:r>
            <w:proofErr w:type="spellStart"/>
            <w:r>
              <w:t>Θεόδωρος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F5F66" w14:textId="77777777" w:rsidR="001B732C" w:rsidRDefault="00050B60">
            <w:pPr>
              <w:spacing w:line="240" w:lineRule="auto"/>
              <w:jc w:val="center"/>
            </w:pPr>
            <w:r>
              <w:t>Πανα</w:t>
            </w:r>
            <w:proofErr w:type="spellStart"/>
            <w:r>
              <w:t>γίδου</w:t>
            </w:r>
            <w:proofErr w:type="spellEnd"/>
            <w:r>
              <w:t xml:space="preserve"> </w:t>
            </w:r>
            <w:proofErr w:type="spellStart"/>
            <w:r>
              <w:t>Χάρις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BCD1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Αμερικάνικη</w:t>
            </w:r>
            <w:proofErr w:type="spellEnd"/>
            <w:r>
              <w:t xml:space="preserve"> </w:t>
            </w:r>
            <w:proofErr w:type="spellStart"/>
            <w:r>
              <w:t>Ακ</w:t>
            </w:r>
            <w:proofErr w:type="spellEnd"/>
            <w:r>
              <w:t>αδημία</w:t>
            </w:r>
          </w:p>
        </w:tc>
      </w:tr>
      <w:tr w:rsidR="001B732C" w14:paraId="020DFAED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EF33B" w14:textId="77777777" w:rsidR="001B732C" w:rsidRDefault="00050B60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60EE6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02/11/2026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801F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Βεργίνας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Μακαρίου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DF4B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Θεοφάνης</w:t>
            </w:r>
            <w:proofErr w:type="spellEnd"/>
            <w:r>
              <w:br/>
            </w:r>
            <w:proofErr w:type="spellStart"/>
            <w:r>
              <w:t>Δουκ</w:t>
            </w:r>
            <w:proofErr w:type="spellEnd"/>
            <w:r>
              <w:t xml:space="preserve">ανάρης </w:t>
            </w:r>
            <w:proofErr w:type="spellStart"/>
            <w:r>
              <w:t>Κρυστάλλης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0CC1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Λουκά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28B7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15878CE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018A2" w14:textId="77777777" w:rsidR="001B732C" w:rsidRDefault="00050B60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DE416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06/11/2026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3D352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Αγίου Γεωργίου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Παγκύπριο Λύκειο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EB48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Αντωνιάδης</w:t>
            </w:r>
            <w:proofErr w:type="spellEnd"/>
            <w:r>
              <w:t xml:space="preserve"> Πα</w:t>
            </w:r>
            <w:proofErr w:type="spellStart"/>
            <w:r>
              <w:t>ύλος</w:t>
            </w:r>
            <w:proofErr w:type="spellEnd"/>
            <w:r>
              <w:br/>
            </w:r>
            <w:proofErr w:type="spellStart"/>
            <w:r>
              <w:t>Άγγον</w:t>
            </w:r>
            <w:proofErr w:type="spellEnd"/>
            <w:r>
              <w:t xml:space="preserve">ας </w:t>
            </w:r>
            <w:proofErr w:type="spellStart"/>
            <w:r>
              <w:t>Δημήτρης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05A5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Κρ</w:t>
            </w:r>
            <w:proofErr w:type="spellEnd"/>
            <w:r>
              <w:t>αμβή Μα</w:t>
            </w:r>
            <w:proofErr w:type="spellStart"/>
            <w:r>
              <w:t>ρί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57C8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Πετράκη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>πριανού</w:t>
            </w:r>
          </w:p>
        </w:tc>
      </w:tr>
      <w:tr w:rsidR="001B732C" w14:paraId="4277A90F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6554A" w14:textId="77777777" w:rsidR="001B732C" w:rsidRDefault="00050B60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2AEA8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06/11/2026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33468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E374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Δουκ</w:t>
            </w:r>
            <w:proofErr w:type="spellEnd"/>
            <w:r>
              <w:t xml:space="preserve">ανάρης </w:t>
            </w:r>
            <w:proofErr w:type="spellStart"/>
            <w:r>
              <w:t>Κρυστάλλης</w:t>
            </w:r>
            <w:proofErr w:type="spellEnd"/>
            <w:r>
              <w:br/>
            </w:r>
            <w:proofErr w:type="spellStart"/>
            <w:r>
              <w:t>Κιρκίνη</w:t>
            </w:r>
            <w:proofErr w:type="spellEnd"/>
            <w:r>
              <w:t xml:space="preserve"> </w:t>
            </w:r>
            <w:proofErr w:type="spellStart"/>
            <w:r>
              <w:t>Άντρι</w:t>
            </w:r>
            <w:proofErr w:type="spellEnd"/>
            <w:r>
              <w:t>α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C3D52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Νικολάου</w:t>
            </w:r>
            <w:proofErr w:type="spellEnd"/>
            <w:r>
              <w:t xml:space="preserve"> Κα</w:t>
            </w:r>
            <w:proofErr w:type="spellStart"/>
            <w:r>
              <w:t>τερίν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93D0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1B732C" w14:paraId="4D0A17BB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D8B08" w14:textId="77777777" w:rsidR="001B732C" w:rsidRDefault="00050B60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B5892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09/11/2026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1A863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Λιβαδιών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5C584" w14:textId="77777777" w:rsidR="001B732C" w:rsidRDefault="00050B60">
            <w:pPr>
              <w:spacing w:line="240" w:lineRule="auto"/>
              <w:jc w:val="center"/>
            </w:pPr>
            <w:r>
              <w:t>Μα</w:t>
            </w:r>
            <w:proofErr w:type="spellStart"/>
            <w:r>
              <w:t>υρ</w:t>
            </w:r>
            <w:proofErr w:type="spellEnd"/>
            <w:r>
              <w:t xml:space="preserve">αγάνης </w:t>
            </w:r>
            <w:proofErr w:type="spellStart"/>
            <w:r>
              <w:t>Κωνστ</w:t>
            </w:r>
            <w:proofErr w:type="spellEnd"/>
            <w:r>
              <w:t>αντίνος</w:t>
            </w:r>
            <w:r>
              <w:br/>
            </w:r>
            <w:proofErr w:type="spellStart"/>
            <w:r>
              <w:t>Αρτέμου</w:t>
            </w:r>
            <w:proofErr w:type="spellEnd"/>
            <w:r>
              <w:t xml:space="preserve"> </w:t>
            </w:r>
            <w:proofErr w:type="spellStart"/>
            <w:r>
              <w:t>Φρ</w:t>
            </w:r>
            <w:proofErr w:type="spellEnd"/>
            <w:r>
              <w:t>αντζέσκος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733D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Σεργίου</w:t>
            </w:r>
            <w:proofErr w:type="spellEnd"/>
            <w:r>
              <w:t xml:space="preserve"> </w:t>
            </w:r>
            <w:proofErr w:type="spellStart"/>
            <w:r>
              <w:t>Έλεν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CA59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2388D874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D3468" w14:textId="77777777" w:rsidR="001B732C" w:rsidRDefault="00050B60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03A99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09/11/2026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4B7A0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Αγίου Γεωργίου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Βεργίνας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5703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Τζιωρτζής</w:t>
            </w:r>
            <w:proofErr w:type="spellEnd"/>
            <w:r>
              <w:t xml:space="preserve"> </w:t>
            </w:r>
            <w:proofErr w:type="spellStart"/>
            <w:r>
              <w:t>Όμηρος</w:t>
            </w:r>
            <w:proofErr w:type="spellEnd"/>
            <w:r>
              <w:br/>
            </w:r>
            <w:proofErr w:type="spellStart"/>
            <w:r>
              <w:t>Αντωνιάδης</w:t>
            </w:r>
            <w:proofErr w:type="spellEnd"/>
            <w:r>
              <w:t xml:space="preserve"> Πα</w:t>
            </w:r>
            <w:proofErr w:type="spellStart"/>
            <w:r>
              <w:t>ύλος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F71FB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Λουκά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48F44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6F9E61D1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4AF2F" w14:textId="77777777" w:rsidR="001B732C" w:rsidRDefault="00050B60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17E23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12/11/2026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0B2F2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ΤΕΣΕΚ Λάρνακας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DCA8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Αντωνιάδης</w:t>
            </w:r>
            <w:proofErr w:type="spellEnd"/>
            <w:r>
              <w:t xml:space="preserve"> Πα</w:t>
            </w:r>
            <w:proofErr w:type="spellStart"/>
            <w:r>
              <w:t>ύλος</w:t>
            </w:r>
            <w:proofErr w:type="spellEnd"/>
            <w:r>
              <w:br/>
            </w:r>
            <w:proofErr w:type="spellStart"/>
            <w:r>
              <w:t>Αθ</w:t>
            </w:r>
            <w:proofErr w:type="spellEnd"/>
            <w:r>
              <w:t xml:space="preserve">ανασίου </w:t>
            </w:r>
            <w:proofErr w:type="spellStart"/>
            <w:r>
              <w:t>Ζώη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F63FF" w14:textId="77777777" w:rsidR="001B732C" w:rsidRPr="000A642B" w:rsidRDefault="00050B60">
            <w:pPr>
              <w:spacing w:line="240" w:lineRule="auto"/>
              <w:jc w:val="center"/>
              <w:rPr>
                <w:color w:val="EE0000"/>
              </w:rPr>
            </w:pPr>
            <w:proofErr w:type="spellStart"/>
            <w:r w:rsidRPr="000A642B">
              <w:rPr>
                <w:color w:val="EE0000"/>
              </w:rPr>
              <w:t>Χριστοδούλου</w:t>
            </w:r>
            <w:proofErr w:type="spellEnd"/>
            <w:r w:rsidRPr="000A642B">
              <w:rPr>
                <w:color w:val="EE0000"/>
              </w:rPr>
              <w:t xml:space="preserve"> </w:t>
            </w:r>
            <w:proofErr w:type="spellStart"/>
            <w:r w:rsidRPr="000A642B">
              <w:rPr>
                <w:color w:val="EE0000"/>
              </w:rPr>
              <w:t>Έλεν</w:t>
            </w:r>
            <w:proofErr w:type="spellEnd"/>
            <w:r w:rsidRPr="000A642B">
              <w:rPr>
                <w:color w:val="EE0000"/>
              </w:rP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C2E70" w14:textId="77777777" w:rsidR="001B732C" w:rsidRDefault="00050B60">
            <w:pPr>
              <w:spacing w:line="240" w:lineRule="auto"/>
              <w:jc w:val="center"/>
            </w:pPr>
            <w:r>
              <w:t xml:space="preserve">ΤΕΣΕΚ </w:t>
            </w:r>
            <w:proofErr w:type="spellStart"/>
            <w:r>
              <w:t>Λάρν</w:t>
            </w:r>
            <w:proofErr w:type="spellEnd"/>
            <w:r>
              <w:t>ακας</w:t>
            </w:r>
          </w:p>
        </w:tc>
      </w:tr>
      <w:tr w:rsidR="001B732C" w14:paraId="676A7F69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B74C1" w14:textId="77777777" w:rsidR="001B732C" w:rsidRDefault="00050B60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AE441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12/11/2026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39125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Μακαρίου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Παγκύπριο Λύκειο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3F1EA" w14:textId="77777777" w:rsidR="001B732C" w:rsidRDefault="00050B60">
            <w:pPr>
              <w:spacing w:line="240" w:lineRule="auto"/>
              <w:jc w:val="center"/>
            </w:pPr>
            <w:r>
              <w:t>Πα</w:t>
            </w:r>
            <w:proofErr w:type="spellStart"/>
            <w:r>
              <w:t>ύλου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Θεοφάνης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45DB3" w14:textId="77777777" w:rsidR="001B732C" w:rsidRPr="000A642B" w:rsidRDefault="00050B60">
            <w:pPr>
              <w:spacing w:line="240" w:lineRule="auto"/>
              <w:jc w:val="center"/>
              <w:rPr>
                <w:color w:val="EE0000"/>
              </w:rPr>
            </w:pPr>
            <w:proofErr w:type="spellStart"/>
            <w:r w:rsidRPr="000A642B">
              <w:rPr>
                <w:color w:val="EE0000"/>
              </w:rPr>
              <w:t>Σεργίου</w:t>
            </w:r>
            <w:proofErr w:type="spellEnd"/>
            <w:r w:rsidRPr="000A642B">
              <w:rPr>
                <w:color w:val="EE0000"/>
              </w:rPr>
              <w:t xml:space="preserve"> </w:t>
            </w:r>
            <w:proofErr w:type="spellStart"/>
            <w:r w:rsidRPr="000A642B">
              <w:rPr>
                <w:color w:val="EE0000"/>
              </w:rPr>
              <w:t>Έλεν</w:t>
            </w:r>
            <w:proofErr w:type="spellEnd"/>
            <w:r w:rsidRPr="000A642B">
              <w:rPr>
                <w:color w:val="EE0000"/>
              </w:rP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B5EA4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Ευρυ</w:t>
            </w:r>
            <w:proofErr w:type="spellEnd"/>
            <w:r>
              <w:t xml:space="preserve">βιάδειο </w:t>
            </w:r>
            <w:proofErr w:type="spellStart"/>
            <w:r>
              <w:t>Γυμνάσιο</w:t>
            </w:r>
            <w:proofErr w:type="spellEnd"/>
          </w:p>
        </w:tc>
      </w:tr>
    </w:tbl>
    <w:p w14:paraId="7BA6C412" w14:textId="77777777" w:rsidR="001B732C" w:rsidRDefault="00050B60">
      <w:r>
        <w:br w:type="page"/>
      </w:r>
    </w:p>
    <w:p w14:paraId="47BCDA14" w14:textId="1CEF832E" w:rsidR="001B732C" w:rsidRPr="00663B28" w:rsidRDefault="00050B60">
      <w:pPr>
        <w:spacing w:after="80"/>
        <w:jc w:val="center"/>
        <w:rPr>
          <w:lang w:val="el-GR"/>
        </w:rPr>
      </w:pPr>
      <w:r w:rsidRPr="00663B28">
        <w:rPr>
          <w:b/>
          <w:sz w:val="30"/>
          <w:lang w:val="el-GR"/>
        </w:rPr>
        <w:lastRenderedPageBreak/>
        <w:t>ΠΡΟΓΡΑΜΜΑ ΑΓΩΝΩΝ ΚΑΛΑΘΟΣΦΑ</w:t>
      </w:r>
      <w:r w:rsidR="00663B28">
        <w:rPr>
          <w:b/>
          <w:sz w:val="30"/>
        </w:rPr>
        <w:t>I</w:t>
      </w:r>
      <w:r w:rsidRPr="00663B28">
        <w:rPr>
          <w:b/>
          <w:sz w:val="30"/>
          <w:lang w:val="el-GR"/>
        </w:rPr>
        <w:t>ΡΙΣΗΣ ΑΡΡ</w:t>
      </w:r>
      <w:r w:rsidR="00663B28">
        <w:rPr>
          <w:b/>
          <w:sz w:val="30"/>
        </w:rPr>
        <w:t>E</w:t>
      </w:r>
      <w:r w:rsidRPr="00663B28">
        <w:rPr>
          <w:b/>
          <w:sz w:val="30"/>
          <w:lang w:val="el-GR"/>
        </w:rPr>
        <w:t>ΝΩΝ ΛΥΚΕΙΩΝ</w:t>
      </w:r>
    </w:p>
    <w:p w14:paraId="33070EB4" w14:textId="49A5F534" w:rsidR="001B732C" w:rsidRPr="00D93295" w:rsidRDefault="00050B60">
      <w:pPr>
        <w:spacing w:after="200"/>
        <w:jc w:val="center"/>
        <w:rPr>
          <w:lang w:val="el-GR"/>
        </w:rPr>
      </w:pPr>
      <w:r>
        <w:t>ΣΧΟΛΙΚΗ ΧΡΟΝΙΑ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1B732C" w14:paraId="2961D7EE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BD646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80ED4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D94DC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49E74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F9C83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4154C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1B732C" w14:paraId="14C92588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59EB4" w14:textId="77777777" w:rsidR="001B732C" w:rsidRDefault="00050B60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61FAE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16/11/2026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A2A35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Λιβαδιών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ΤΕΣΕΚ Λάρνακας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1FE7B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Δουκ</w:t>
            </w:r>
            <w:proofErr w:type="spellEnd"/>
            <w:r>
              <w:t xml:space="preserve">ανάρης </w:t>
            </w:r>
            <w:proofErr w:type="spellStart"/>
            <w:r>
              <w:t>Κρυστάλλης</w:t>
            </w:r>
            <w:proofErr w:type="spellEnd"/>
            <w:r>
              <w:br/>
            </w:r>
            <w:proofErr w:type="spellStart"/>
            <w:r>
              <w:t>Τσουκ</w:t>
            </w:r>
            <w:proofErr w:type="spellEnd"/>
            <w:r>
              <w:t xml:space="preserve">αλάς </w:t>
            </w:r>
            <w:proofErr w:type="spellStart"/>
            <w:r>
              <w:t>Δημήτρης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C9C9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Χριστοδούλου</w:t>
            </w:r>
            <w:proofErr w:type="spellEnd"/>
            <w:r>
              <w:t xml:space="preserve"> </w:t>
            </w:r>
            <w:proofErr w:type="spellStart"/>
            <w:r>
              <w:t>Έλεν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0E40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2C7BA58F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19A57" w14:textId="77777777" w:rsidR="001B732C" w:rsidRDefault="00050B60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ABD78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20/11/2026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37179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Αμερικάνικη Ακαδημία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4F05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Κουρουκλάς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proofErr w:type="spellStart"/>
            <w:r>
              <w:t>Αθ</w:t>
            </w:r>
            <w:proofErr w:type="spellEnd"/>
            <w:r>
              <w:t xml:space="preserve">ανασίου </w:t>
            </w:r>
            <w:proofErr w:type="spellStart"/>
            <w:r>
              <w:t>Ζώη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635F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Λουκά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038B1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1B732C" w14:paraId="4CB9DF6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B2ED3" w14:textId="77777777" w:rsidR="001B732C" w:rsidRDefault="00050B60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02041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23/11/2026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24205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Λιβαδιών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B7C94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Τσουκ</w:t>
            </w:r>
            <w:proofErr w:type="spellEnd"/>
            <w:r>
              <w:t xml:space="preserve">αλάς </w:t>
            </w:r>
            <w:proofErr w:type="spellStart"/>
            <w:r>
              <w:t>Δημήτρης</w:t>
            </w:r>
            <w:proofErr w:type="spellEnd"/>
            <w:r>
              <w:br/>
            </w:r>
            <w:proofErr w:type="spellStart"/>
            <w:r>
              <w:t>Τζιωρτζής</w:t>
            </w:r>
            <w:proofErr w:type="spellEnd"/>
            <w:r>
              <w:t xml:space="preserve"> </w:t>
            </w:r>
            <w:proofErr w:type="spellStart"/>
            <w:r>
              <w:t>Όμηρος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70D8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Λουκά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F1D75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Αμερικάνικη</w:t>
            </w:r>
            <w:proofErr w:type="spellEnd"/>
            <w:r>
              <w:t xml:space="preserve"> </w:t>
            </w:r>
            <w:proofErr w:type="spellStart"/>
            <w:r>
              <w:t>Ακ</w:t>
            </w:r>
            <w:proofErr w:type="spellEnd"/>
            <w:r>
              <w:t>αδημία</w:t>
            </w:r>
          </w:p>
        </w:tc>
      </w:tr>
      <w:tr w:rsidR="001B732C" w14:paraId="2A143CDA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D5535" w14:textId="77777777" w:rsidR="001B732C" w:rsidRDefault="00050B60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A885B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23/11/2026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DC415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ΤΕΣΕΚ Λάρνακας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815D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Θεοφάνης</w:t>
            </w:r>
            <w:proofErr w:type="spellEnd"/>
            <w:r>
              <w:br/>
            </w:r>
            <w:proofErr w:type="spellStart"/>
            <w:r>
              <w:t>Αντωνιάδης</w:t>
            </w:r>
            <w:proofErr w:type="spellEnd"/>
            <w:r>
              <w:t xml:space="preserve"> Πα</w:t>
            </w:r>
            <w:proofErr w:type="spellStart"/>
            <w:r>
              <w:t>ύλος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BE759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Σεργίου</w:t>
            </w:r>
            <w:proofErr w:type="spellEnd"/>
            <w:r>
              <w:t xml:space="preserve"> </w:t>
            </w:r>
            <w:proofErr w:type="spellStart"/>
            <w:r>
              <w:t>Έλεν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72B48" w14:textId="77777777" w:rsidR="001B732C" w:rsidRDefault="00050B60">
            <w:pPr>
              <w:spacing w:line="240" w:lineRule="auto"/>
              <w:jc w:val="center"/>
            </w:pPr>
            <w:r>
              <w:t xml:space="preserve">ΤΕΣΕΚ </w:t>
            </w:r>
            <w:proofErr w:type="spellStart"/>
            <w:r>
              <w:t>Λάρν</w:t>
            </w:r>
            <w:proofErr w:type="spellEnd"/>
            <w:r>
              <w:t>ακας</w:t>
            </w:r>
          </w:p>
        </w:tc>
      </w:tr>
      <w:tr w:rsidR="001B732C" w14:paraId="60599A09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F4CE9" w14:textId="77777777" w:rsidR="001B732C" w:rsidRDefault="00050B60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67F0D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26/11/2026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511F5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Βεργίνας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Παγκύπριο Λύκειο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E9DC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Αθ</w:t>
            </w:r>
            <w:proofErr w:type="spellEnd"/>
            <w:r>
              <w:t xml:space="preserve">ανασίου </w:t>
            </w:r>
            <w:proofErr w:type="spellStart"/>
            <w:r>
              <w:t>Ζώη</w:t>
            </w:r>
            <w:proofErr w:type="spellEnd"/>
            <w:r>
              <w:br/>
            </w:r>
            <w:proofErr w:type="spellStart"/>
            <w:r>
              <w:t>Τσουκ</w:t>
            </w:r>
            <w:proofErr w:type="spellEnd"/>
            <w:r>
              <w:t xml:space="preserve">αλάς </w:t>
            </w:r>
            <w:proofErr w:type="spellStart"/>
            <w:r>
              <w:t>Δημήτρης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7907E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Νικολάου</w:t>
            </w:r>
            <w:proofErr w:type="spellEnd"/>
            <w:r>
              <w:t xml:space="preserve"> Κα</w:t>
            </w:r>
            <w:proofErr w:type="spellStart"/>
            <w:r>
              <w:t>τερίν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F0A44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09EA61C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7221C" w14:textId="77777777" w:rsidR="001B732C" w:rsidRDefault="00050B60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647A04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27/11/2026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9D03B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Μακαρίου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Αγίου Γεωργίου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64D09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Κιρκίνη</w:t>
            </w:r>
            <w:proofErr w:type="spellEnd"/>
            <w:r>
              <w:t xml:space="preserve"> </w:t>
            </w:r>
            <w:proofErr w:type="spellStart"/>
            <w:r>
              <w:t>Άντρι</w:t>
            </w:r>
            <w:proofErr w:type="spellEnd"/>
            <w:r>
              <w:t>α</w:t>
            </w:r>
            <w:r>
              <w:br/>
            </w:r>
            <w:proofErr w:type="spellStart"/>
            <w:r>
              <w:t>Άγγον</w:t>
            </w:r>
            <w:proofErr w:type="spellEnd"/>
            <w:r>
              <w:t xml:space="preserve">ας </w:t>
            </w:r>
            <w:proofErr w:type="spellStart"/>
            <w:r>
              <w:t>Δημήτρης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637CD" w14:textId="77777777" w:rsidR="001B732C" w:rsidRDefault="00050B60">
            <w:pPr>
              <w:spacing w:line="240" w:lineRule="auto"/>
              <w:jc w:val="center"/>
            </w:pPr>
            <w:r>
              <w:t>Πανα</w:t>
            </w:r>
            <w:proofErr w:type="spellStart"/>
            <w:r>
              <w:t>γίδου</w:t>
            </w:r>
            <w:proofErr w:type="spellEnd"/>
            <w:r>
              <w:t xml:space="preserve"> </w:t>
            </w:r>
            <w:proofErr w:type="spellStart"/>
            <w:r>
              <w:t>Χάρις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76BA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5904C3A9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6D7C6" w14:textId="77777777" w:rsidR="001B732C" w:rsidRDefault="00050B60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0D31F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30/11/2026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02067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Λιβαδιών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80EF2" w14:textId="77777777" w:rsidR="001B732C" w:rsidRDefault="00050B60">
            <w:pPr>
              <w:spacing w:line="240" w:lineRule="auto"/>
              <w:jc w:val="center"/>
            </w:pPr>
            <w:r>
              <w:t>Πα</w:t>
            </w:r>
            <w:proofErr w:type="spellStart"/>
            <w:r>
              <w:t>ύλου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proofErr w:type="spellStart"/>
            <w:r>
              <w:t>Αρτέμου</w:t>
            </w:r>
            <w:proofErr w:type="spellEnd"/>
            <w:r>
              <w:t xml:space="preserve"> </w:t>
            </w:r>
            <w:proofErr w:type="spellStart"/>
            <w:r>
              <w:t>Φρ</w:t>
            </w:r>
            <w:proofErr w:type="spellEnd"/>
            <w:r>
              <w:t>αντζέσκος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239BF" w14:textId="77777777" w:rsidR="001B732C" w:rsidRDefault="00050B60">
            <w:pPr>
              <w:spacing w:line="240" w:lineRule="auto"/>
              <w:jc w:val="center"/>
            </w:pPr>
            <w:r>
              <w:t>Πανα</w:t>
            </w:r>
            <w:proofErr w:type="spellStart"/>
            <w:r>
              <w:t>γίδου</w:t>
            </w:r>
            <w:proofErr w:type="spellEnd"/>
            <w:r>
              <w:t xml:space="preserve"> </w:t>
            </w:r>
            <w:proofErr w:type="spellStart"/>
            <w:r>
              <w:t>Χάρις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E3A71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262D81D7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31698" w14:textId="77777777" w:rsidR="001B732C" w:rsidRDefault="00050B60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683CA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02/12/2026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A8331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7F273" w14:textId="77777777" w:rsidR="001B732C" w:rsidRDefault="00050B60">
            <w:pPr>
              <w:spacing w:line="240" w:lineRule="auto"/>
              <w:jc w:val="center"/>
            </w:pPr>
            <w:r>
              <w:t>Κα</w:t>
            </w:r>
            <w:proofErr w:type="spellStart"/>
            <w:r>
              <w:t>λλής</w:t>
            </w:r>
            <w:proofErr w:type="spellEnd"/>
            <w:r>
              <w:t xml:space="preserve"> </w:t>
            </w:r>
            <w:proofErr w:type="spellStart"/>
            <w:r>
              <w:t>Στέλιος</w:t>
            </w:r>
            <w:proofErr w:type="spellEnd"/>
            <w:r>
              <w:br/>
            </w:r>
            <w:proofErr w:type="spellStart"/>
            <w:r>
              <w:t>Αθ</w:t>
            </w:r>
            <w:proofErr w:type="spellEnd"/>
            <w:r>
              <w:t xml:space="preserve">ανασίου </w:t>
            </w:r>
            <w:proofErr w:type="spellStart"/>
            <w:r>
              <w:t>Ζώη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D0529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Σεργίου</w:t>
            </w:r>
            <w:proofErr w:type="spellEnd"/>
            <w:r>
              <w:t xml:space="preserve"> </w:t>
            </w:r>
            <w:proofErr w:type="spellStart"/>
            <w:r>
              <w:t>Έλεν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BD88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</w:tbl>
    <w:p w14:paraId="3ADAD8B1" w14:textId="77777777" w:rsidR="001B732C" w:rsidRDefault="00050B60">
      <w:r>
        <w:br w:type="page"/>
      </w:r>
    </w:p>
    <w:p w14:paraId="78B7D1FE" w14:textId="6925796F" w:rsidR="001B732C" w:rsidRPr="00663B28" w:rsidRDefault="00050B60">
      <w:pPr>
        <w:spacing w:after="80"/>
        <w:jc w:val="center"/>
        <w:rPr>
          <w:lang w:val="el-GR"/>
        </w:rPr>
      </w:pPr>
      <w:r w:rsidRPr="00663B28">
        <w:rPr>
          <w:b/>
          <w:sz w:val="30"/>
          <w:lang w:val="el-GR"/>
        </w:rPr>
        <w:lastRenderedPageBreak/>
        <w:t>ΠΡΟΓΡΑΜΜΑ ΑΓΩΝΩΝ ΚΑΛΑΘΟΣΦΑ</w:t>
      </w:r>
      <w:r w:rsidR="00663B28">
        <w:rPr>
          <w:b/>
          <w:sz w:val="30"/>
        </w:rPr>
        <w:t>I</w:t>
      </w:r>
      <w:r w:rsidRPr="00663B28">
        <w:rPr>
          <w:b/>
          <w:sz w:val="30"/>
          <w:lang w:val="el-GR"/>
        </w:rPr>
        <w:t>ΡΙΣΗΣ ΘΗΛ</w:t>
      </w:r>
      <w:r w:rsidR="00663B28">
        <w:rPr>
          <w:b/>
          <w:sz w:val="30"/>
        </w:rPr>
        <w:t>E</w:t>
      </w:r>
      <w:r w:rsidRPr="00663B28">
        <w:rPr>
          <w:b/>
          <w:sz w:val="30"/>
          <w:lang w:val="el-GR"/>
        </w:rPr>
        <w:t>ΩΝ ΛΥΚΕΙΩΝ</w:t>
      </w:r>
    </w:p>
    <w:p w14:paraId="3EFFF95B" w14:textId="77777777" w:rsidR="001B732C" w:rsidRDefault="00050B60">
      <w:pPr>
        <w:spacing w:after="200"/>
        <w:jc w:val="center"/>
      </w:pPr>
      <w:r>
        <w:t>ΣΧΟΛΙΚΗ ΧΡΟΝΙΑ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1B732C" w14:paraId="149BDA09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DEA1A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AE3AE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D43FA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5CFBE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B07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100E3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1B732C" w14:paraId="16280B22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84F61" w14:textId="77777777" w:rsidR="001B732C" w:rsidRDefault="00050B60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A1A59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05/11/2026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1A791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Βεργίνας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Αγίου Γεωργίου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63A6B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Τσουκ</w:t>
            </w:r>
            <w:proofErr w:type="spellEnd"/>
            <w:r>
              <w:t xml:space="preserve">αλάς </w:t>
            </w:r>
            <w:proofErr w:type="spellStart"/>
            <w:r>
              <w:t>Δημήτρης</w:t>
            </w:r>
            <w:proofErr w:type="spellEnd"/>
            <w:r>
              <w:br/>
            </w:r>
            <w:proofErr w:type="spellStart"/>
            <w:r>
              <w:t>Τζιωρτζής</w:t>
            </w:r>
            <w:proofErr w:type="spellEnd"/>
            <w:r>
              <w:t xml:space="preserve"> </w:t>
            </w:r>
            <w:proofErr w:type="spellStart"/>
            <w:r>
              <w:t>Όμηρος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C056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Χριστοφόρου</w:t>
            </w:r>
            <w:proofErr w:type="spellEnd"/>
            <w:r>
              <w:t xml:space="preserve"> </w:t>
            </w:r>
            <w:proofErr w:type="spellStart"/>
            <w:r>
              <w:t>Ζωή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BF1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745B1164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FE428" w14:textId="77777777" w:rsidR="001B732C" w:rsidRDefault="00050B60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0987A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05/11/2026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65C85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Αμερικάνικη Ακαδημία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8348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Θεοφάνης</w:t>
            </w:r>
            <w:proofErr w:type="spellEnd"/>
            <w:r>
              <w:br/>
              <w:t>Πα</w:t>
            </w:r>
            <w:proofErr w:type="spellStart"/>
            <w:r>
              <w:t>ύλου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4138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Σεργίου</w:t>
            </w:r>
            <w:proofErr w:type="spellEnd"/>
            <w:r>
              <w:t xml:space="preserve"> </w:t>
            </w:r>
            <w:proofErr w:type="spellStart"/>
            <w:r>
              <w:t>Έλεν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19B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Αμερικάνικη</w:t>
            </w:r>
            <w:proofErr w:type="spellEnd"/>
            <w:r>
              <w:t xml:space="preserve"> </w:t>
            </w:r>
            <w:proofErr w:type="spellStart"/>
            <w:r>
              <w:t>Ακ</w:t>
            </w:r>
            <w:proofErr w:type="spellEnd"/>
            <w:r>
              <w:t>αδημία</w:t>
            </w:r>
          </w:p>
        </w:tc>
      </w:tr>
      <w:tr w:rsidR="001B732C" w14:paraId="11536447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73032" w14:textId="77777777" w:rsidR="001B732C" w:rsidRDefault="00050B60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0EC91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12/11/2026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060ED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Βεργίνας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32D4E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Κιρκίνη</w:t>
            </w:r>
            <w:proofErr w:type="spellEnd"/>
            <w:r>
              <w:t xml:space="preserve"> </w:t>
            </w:r>
            <w:proofErr w:type="spellStart"/>
            <w:r>
              <w:t>Άντρι</w:t>
            </w:r>
            <w:proofErr w:type="spellEnd"/>
            <w:r>
              <w:t>α</w:t>
            </w:r>
            <w:r>
              <w:br/>
            </w:r>
            <w:proofErr w:type="spellStart"/>
            <w:r>
              <w:t>Άγγον</w:t>
            </w:r>
            <w:proofErr w:type="spellEnd"/>
            <w:r>
              <w:t xml:space="preserve">ας </w:t>
            </w:r>
            <w:proofErr w:type="spellStart"/>
            <w:r>
              <w:t>Δημήτρης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DCE93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Χριστοφόρου</w:t>
            </w:r>
            <w:proofErr w:type="spellEnd"/>
            <w:r>
              <w:t xml:space="preserve"> </w:t>
            </w:r>
            <w:proofErr w:type="spellStart"/>
            <w:r>
              <w:t>Ζωή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A8A9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250B52EA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AABB8" w14:textId="77777777" w:rsidR="001B732C" w:rsidRPr="00570FF6" w:rsidRDefault="00050B60">
            <w:pPr>
              <w:spacing w:line="240" w:lineRule="auto"/>
              <w:jc w:val="center"/>
              <w:rPr>
                <w:color w:val="EE0000"/>
              </w:rPr>
            </w:pPr>
            <w:r w:rsidRPr="00570FF6">
              <w:rPr>
                <w:color w:val="EE0000"/>
              </w:rPr>
              <w:t>4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A86F7" w14:textId="77777777" w:rsidR="001B732C" w:rsidRPr="00570FF6" w:rsidRDefault="00050B60">
            <w:pPr>
              <w:spacing w:line="240" w:lineRule="auto"/>
              <w:jc w:val="center"/>
              <w:rPr>
                <w:color w:val="EE0000"/>
              </w:rPr>
            </w:pPr>
            <w:r w:rsidRPr="00570FF6">
              <w:rPr>
                <w:color w:val="EE0000"/>
              </w:rPr>
              <w:t>ΤΕΤΆΡΤΗ</w:t>
            </w:r>
            <w:r w:rsidRPr="00570FF6">
              <w:rPr>
                <w:color w:val="EE0000"/>
              </w:rPr>
              <w:br/>
              <w:t>18/11/2026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87265" w14:textId="77777777" w:rsidR="001B732C" w:rsidRPr="00570FF6" w:rsidRDefault="00050B60">
            <w:pPr>
              <w:spacing w:line="240" w:lineRule="auto"/>
              <w:jc w:val="center"/>
              <w:rPr>
                <w:color w:val="EE0000"/>
                <w:lang w:val="el-GR"/>
              </w:rPr>
            </w:pPr>
            <w:r w:rsidRPr="00570FF6">
              <w:rPr>
                <w:color w:val="EE0000"/>
                <w:lang w:val="el-GR"/>
              </w:rPr>
              <w:t>Αμερικάνικη Ακαδημία</w:t>
            </w:r>
            <w:r w:rsidRPr="00570FF6">
              <w:rPr>
                <w:color w:val="EE0000"/>
                <w:lang w:val="el-GR"/>
              </w:rPr>
              <w:br/>
              <w:t>VS</w:t>
            </w:r>
            <w:r w:rsidRPr="00570FF6">
              <w:rPr>
                <w:color w:val="EE0000"/>
                <w:lang w:val="el-GR"/>
              </w:rPr>
              <w:br/>
            </w:r>
            <w:r w:rsidRPr="00570FF6">
              <w:rPr>
                <w:color w:val="EE0000"/>
                <w:lang w:val="el-GR"/>
              </w:rPr>
              <w:t>Λύκειο Αγίου Γεωργίου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95D2B" w14:textId="77777777" w:rsidR="001B732C" w:rsidRPr="00570FF6" w:rsidRDefault="00050B60">
            <w:pPr>
              <w:spacing w:line="240" w:lineRule="auto"/>
              <w:jc w:val="center"/>
              <w:rPr>
                <w:color w:val="EE0000"/>
              </w:rPr>
            </w:pPr>
            <w:r w:rsidRPr="00570FF6">
              <w:rPr>
                <w:color w:val="EE0000"/>
              </w:rPr>
              <w:t>Παπα</w:t>
            </w:r>
            <w:proofErr w:type="spellStart"/>
            <w:r w:rsidRPr="00570FF6">
              <w:rPr>
                <w:color w:val="EE0000"/>
              </w:rPr>
              <w:t>γιάννης</w:t>
            </w:r>
            <w:proofErr w:type="spellEnd"/>
            <w:r w:rsidRPr="00570FF6">
              <w:rPr>
                <w:color w:val="EE0000"/>
              </w:rPr>
              <w:t xml:space="preserve"> </w:t>
            </w:r>
            <w:proofErr w:type="spellStart"/>
            <w:r w:rsidRPr="00570FF6">
              <w:rPr>
                <w:color w:val="EE0000"/>
              </w:rPr>
              <w:t>Σωτήρης</w:t>
            </w:r>
            <w:proofErr w:type="spellEnd"/>
            <w:r w:rsidRPr="00570FF6">
              <w:rPr>
                <w:color w:val="EE0000"/>
              </w:rPr>
              <w:br/>
            </w:r>
            <w:proofErr w:type="spellStart"/>
            <w:r w:rsidRPr="00570FF6">
              <w:rPr>
                <w:color w:val="EE0000"/>
              </w:rPr>
              <w:t>Δουκ</w:t>
            </w:r>
            <w:proofErr w:type="spellEnd"/>
            <w:r w:rsidRPr="00570FF6">
              <w:rPr>
                <w:color w:val="EE0000"/>
              </w:rPr>
              <w:t xml:space="preserve">ανάρης </w:t>
            </w:r>
            <w:proofErr w:type="spellStart"/>
            <w:r w:rsidRPr="00570FF6">
              <w:rPr>
                <w:color w:val="EE0000"/>
              </w:rPr>
              <w:t>Κρυστάλλης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7F13F" w14:textId="77777777" w:rsidR="001B732C" w:rsidRPr="00570FF6" w:rsidRDefault="00050B60">
            <w:pPr>
              <w:spacing w:line="240" w:lineRule="auto"/>
              <w:jc w:val="center"/>
              <w:rPr>
                <w:color w:val="EE0000"/>
              </w:rPr>
            </w:pPr>
            <w:r w:rsidRPr="00570FF6">
              <w:rPr>
                <w:color w:val="EE0000"/>
              </w:rPr>
              <w:t>Πανα</w:t>
            </w:r>
            <w:proofErr w:type="spellStart"/>
            <w:r w:rsidRPr="00570FF6">
              <w:rPr>
                <w:color w:val="EE0000"/>
              </w:rPr>
              <w:t>γίδου</w:t>
            </w:r>
            <w:proofErr w:type="spellEnd"/>
            <w:r w:rsidRPr="00570FF6">
              <w:rPr>
                <w:color w:val="EE0000"/>
              </w:rPr>
              <w:t xml:space="preserve"> </w:t>
            </w:r>
            <w:proofErr w:type="spellStart"/>
            <w:r w:rsidRPr="00570FF6">
              <w:rPr>
                <w:color w:val="EE0000"/>
              </w:rPr>
              <w:t>Χάρις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EC153" w14:textId="77777777" w:rsidR="001B732C" w:rsidRPr="00570FF6" w:rsidRDefault="00050B60">
            <w:pPr>
              <w:spacing w:line="240" w:lineRule="auto"/>
              <w:jc w:val="center"/>
              <w:rPr>
                <w:color w:val="EE0000"/>
              </w:rPr>
            </w:pPr>
            <w:proofErr w:type="spellStart"/>
            <w:r w:rsidRPr="00570FF6">
              <w:rPr>
                <w:color w:val="EE0000"/>
              </w:rPr>
              <w:t>Γυμνάσιο</w:t>
            </w:r>
            <w:proofErr w:type="spellEnd"/>
            <w:r w:rsidRPr="00570FF6">
              <w:rPr>
                <w:color w:val="EE0000"/>
              </w:rPr>
              <w:t xml:space="preserve"> </w:t>
            </w:r>
            <w:proofErr w:type="spellStart"/>
            <w:r w:rsidRPr="00570FF6">
              <w:rPr>
                <w:color w:val="EE0000"/>
              </w:rPr>
              <w:t>Πετράκη</w:t>
            </w:r>
            <w:proofErr w:type="spellEnd"/>
            <w:r w:rsidRPr="00570FF6">
              <w:rPr>
                <w:color w:val="EE0000"/>
              </w:rPr>
              <w:t xml:space="preserve"> </w:t>
            </w:r>
            <w:proofErr w:type="spellStart"/>
            <w:r w:rsidRPr="00570FF6">
              <w:rPr>
                <w:color w:val="EE0000"/>
              </w:rPr>
              <w:t>Κυ</w:t>
            </w:r>
            <w:proofErr w:type="spellEnd"/>
            <w:r w:rsidRPr="00570FF6">
              <w:rPr>
                <w:color w:val="EE0000"/>
              </w:rPr>
              <w:t>πριανού</w:t>
            </w:r>
          </w:p>
        </w:tc>
      </w:tr>
      <w:tr w:rsidR="001B732C" w14:paraId="013EFADB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8929B" w14:textId="77777777" w:rsidR="001B732C" w:rsidRDefault="00050B60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9B" w14:textId="77777777" w:rsidR="001B732C" w:rsidRDefault="00050B60">
            <w:pPr>
              <w:spacing w:line="240" w:lineRule="auto"/>
              <w:jc w:val="center"/>
            </w:pPr>
            <w:r>
              <w:t>ΤΡΊΤΗ</w:t>
            </w:r>
            <w:r>
              <w:br/>
              <w:t>24/11/2026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2B838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Αγίου Γεωργίου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21F2D" w14:textId="77777777" w:rsidR="001B732C" w:rsidRDefault="00050B60">
            <w:pPr>
              <w:spacing w:line="240" w:lineRule="auto"/>
              <w:jc w:val="center"/>
            </w:pPr>
            <w:r>
              <w:t>Παπα</w:t>
            </w:r>
            <w:proofErr w:type="spellStart"/>
            <w:r>
              <w:t>γιάννης</w:t>
            </w:r>
            <w:proofErr w:type="spellEnd"/>
            <w:r>
              <w:t xml:space="preserve"> </w:t>
            </w:r>
            <w:proofErr w:type="spellStart"/>
            <w:r>
              <w:t>Σωτήρης</w:t>
            </w:r>
            <w:proofErr w:type="spellEnd"/>
            <w:r>
              <w:br/>
            </w:r>
            <w:proofErr w:type="spellStart"/>
            <w:r>
              <w:t>Κωνστ</w:t>
            </w:r>
            <w:proofErr w:type="spellEnd"/>
            <w:r>
              <w:t xml:space="preserve">αντίνος </w:t>
            </w:r>
            <w:proofErr w:type="spellStart"/>
            <w:r>
              <w:t>Λοφίτης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2CB3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Κρ</w:t>
            </w:r>
            <w:proofErr w:type="spellEnd"/>
            <w:r>
              <w:t>αμβή Μα</w:t>
            </w:r>
            <w:proofErr w:type="spellStart"/>
            <w:r>
              <w:t>ρί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B4DA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1B732C" w14:paraId="5C97714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A4859" w14:textId="77777777" w:rsidR="001B732C" w:rsidRDefault="00050B60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5F4B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02/12/2026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280D6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Βεργίνας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55B4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Κιρκίνη</w:t>
            </w:r>
            <w:proofErr w:type="spellEnd"/>
            <w:r>
              <w:t xml:space="preserve"> </w:t>
            </w:r>
            <w:proofErr w:type="spellStart"/>
            <w:r>
              <w:t>Άντρι</w:t>
            </w:r>
            <w:proofErr w:type="spellEnd"/>
            <w:r>
              <w:t>α</w:t>
            </w:r>
            <w:r>
              <w:br/>
            </w:r>
            <w:proofErr w:type="spellStart"/>
            <w:r>
              <w:t>Άγγον</w:t>
            </w:r>
            <w:proofErr w:type="spellEnd"/>
            <w:r>
              <w:t xml:space="preserve">ας </w:t>
            </w:r>
            <w:proofErr w:type="spellStart"/>
            <w:r>
              <w:t>Δημήτρης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A60FE" w14:textId="77777777" w:rsidR="001B732C" w:rsidRDefault="00050B60">
            <w:pPr>
              <w:spacing w:line="240" w:lineRule="auto"/>
              <w:jc w:val="center"/>
            </w:pPr>
            <w:r>
              <w:t>Πανα</w:t>
            </w:r>
            <w:proofErr w:type="spellStart"/>
            <w:r>
              <w:t>γίδου</w:t>
            </w:r>
            <w:proofErr w:type="spellEnd"/>
            <w:r>
              <w:t xml:space="preserve"> </w:t>
            </w:r>
            <w:proofErr w:type="spellStart"/>
            <w:r>
              <w:t>Χάρις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7D9B2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</w:tbl>
    <w:p w14:paraId="38E2AFE7" w14:textId="77777777" w:rsidR="001B732C" w:rsidRDefault="00050B60">
      <w:r>
        <w:br w:type="page"/>
      </w:r>
    </w:p>
    <w:p w14:paraId="6B830057" w14:textId="0592645B" w:rsidR="001B732C" w:rsidRPr="00663B28" w:rsidRDefault="00050B60">
      <w:pPr>
        <w:spacing w:after="80"/>
        <w:jc w:val="center"/>
        <w:rPr>
          <w:lang w:val="el-GR"/>
        </w:rPr>
      </w:pPr>
      <w:r w:rsidRPr="00663B28">
        <w:rPr>
          <w:b/>
          <w:sz w:val="30"/>
          <w:lang w:val="el-GR"/>
        </w:rPr>
        <w:lastRenderedPageBreak/>
        <w:t>ΠΡΟΓΡΑΜΜΑ ΑΓΩΝΩΝ ΠΕΤΟΣΦΑ</w:t>
      </w:r>
      <w:r w:rsidR="00663B28">
        <w:rPr>
          <w:b/>
          <w:sz w:val="30"/>
        </w:rPr>
        <w:t>I</w:t>
      </w:r>
      <w:r w:rsidRPr="00663B28">
        <w:rPr>
          <w:b/>
          <w:sz w:val="30"/>
          <w:lang w:val="el-GR"/>
        </w:rPr>
        <w:t>ΡΙΣΗΣ ΑΡΡ</w:t>
      </w:r>
      <w:r w:rsidR="00663B28">
        <w:rPr>
          <w:b/>
          <w:sz w:val="30"/>
        </w:rPr>
        <w:t>E</w:t>
      </w:r>
      <w:r w:rsidRPr="00663B28">
        <w:rPr>
          <w:b/>
          <w:sz w:val="30"/>
          <w:lang w:val="el-GR"/>
        </w:rPr>
        <w:t>ΝΩΝ ΛΥΚΕΙΩΝ</w:t>
      </w:r>
    </w:p>
    <w:p w14:paraId="1BB0F821" w14:textId="77777777" w:rsidR="001B732C" w:rsidRDefault="00050B60">
      <w:pPr>
        <w:spacing w:after="200"/>
        <w:jc w:val="center"/>
      </w:pPr>
      <w:r>
        <w:t>ΣΧΟΛΙΚΗ ΧΡΟΝΙΑ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1B732C" w14:paraId="292C31A1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BBA77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D5512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59ED4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B1EA1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2EABE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45637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1B732C" w14:paraId="58C813FA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8C96D" w14:textId="77777777" w:rsidR="001B732C" w:rsidRDefault="00050B60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42F90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02/11/2026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1A6C5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Βεργίνας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785FE" w14:textId="2473DB0E" w:rsidR="001B732C" w:rsidRDefault="00BE5623">
            <w:pPr>
              <w:spacing w:line="240" w:lineRule="auto"/>
              <w:jc w:val="center"/>
            </w:pPr>
            <w:r w:rsidRPr="00BE5623">
              <w:rPr>
                <w:color w:val="EE0000"/>
                <w:lang w:val="el-GR"/>
              </w:rPr>
              <w:t xml:space="preserve">Παντελή </w:t>
            </w:r>
            <w:proofErr w:type="spellStart"/>
            <w:r w:rsidRPr="00BE5623">
              <w:rPr>
                <w:color w:val="EE0000"/>
                <w:lang w:val="el-GR"/>
              </w:rPr>
              <w:t>Χρυστάλλα</w:t>
            </w:r>
            <w:proofErr w:type="spellEnd"/>
            <w:r>
              <w:br/>
            </w:r>
            <w:proofErr w:type="spellStart"/>
            <w:r>
              <w:t>Στυλι</w:t>
            </w:r>
            <w:proofErr w:type="spellEnd"/>
            <w:r>
              <w:t xml:space="preserve">ανού </w:t>
            </w:r>
            <w:proofErr w:type="spellStart"/>
            <w:r>
              <w:t>Στέλιος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C447B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Νάσι</w:t>
            </w:r>
            <w:proofErr w:type="spellEnd"/>
            <w:r>
              <w:t xml:space="preserve">α </w:t>
            </w:r>
            <w:proofErr w:type="spellStart"/>
            <w:r>
              <w:t>Κυ</w:t>
            </w:r>
            <w:proofErr w:type="spellEnd"/>
            <w:r>
              <w:t>πριανού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E90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7A7F150A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3484" w14:textId="77777777" w:rsidR="001B732C" w:rsidRDefault="00050B60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26580" w14:textId="77777777" w:rsidR="001B732C" w:rsidRDefault="00050B60">
            <w:pPr>
              <w:spacing w:line="240" w:lineRule="auto"/>
              <w:jc w:val="center"/>
            </w:pPr>
            <w:r>
              <w:t>ΤΡΊΤΗ</w:t>
            </w:r>
            <w:r>
              <w:br/>
              <w:t>03/11/2026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CA628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ΤΕΣΕΚ Λάρνακας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F3162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Αντωνιάδης</w:t>
            </w:r>
            <w:proofErr w:type="spellEnd"/>
            <w:r>
              <w:t xml:space="preserve"> Πα</w:t>
            </w:r>
            <w:proofErr w:type="spellStart"/>
            <w:r>
              <w:t>ύλος</w:t>
            </w:r>
            <w:proofErr w:type="spellEnd"/>
            <w:r>
              <w:br/>
              <w:t>Φα</w:t>
            </w:r>
            <w:proofErr w:type="spellStart"/>
            <w:r>
              <w:t>λά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66953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Χριστοφή</w:t>
            </w:r>
            <w:proofErr w:type="spellEnd"/>
            <w:r>
              <w:t xml:space="preserve"> Μα</w:t>
            </w:r>
            <w:proofErr w:type="spellStart"/>
            <w:r>
              <w:t>ρί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35E21" w14:textId="77777777" w:rsidR="001B732C" w:rsidRDefault="00050B60">
            <w:pPr>
              <w:spacing w:line="240" w:lineRule="auto"/>
              <w:jc w:val="center"/>
            </w:pPr>
            <w:r>
              <w:t xml:space="preserve">ΤΕΣΕΚ </w:t>
            </w:r>
            <w:proofErr w:type="spellStart"/>
            <w:r>
              <w:t>Λάρν</w:t>
            </w:r>
            <w:proofErr w:type="spellEnd"/>
            <w:r>
              <w:t>ακας</w:t>
            </w:r>
          </w:p>
        </w:tc>
      </w:tr>
      <w:tr w:rsidR="001B732C" w14:paraId="09DDC417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726FA" w14:textId="77777777" w:rsidR="001B732C" w:rsidRDefault="00050B60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F38E2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05/11/2026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61DE1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Μακαρίου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Λιβαδιών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50A2B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Λοΐζου</w:t>
            </w:r>
            <w:proofErr w:type="spellEnd"/>
            <w:r>
              <w:t xml:space="preserve"> </w:t>
            </w:r>
            <w:proofErr w:type="spellStart"/>
            <w:r>
              <w:t>Λοΐζος</w:t>
            </w:r>
            <w:proofErr w:type="spellEnd"/>
            <w:r>
              <w:br/>
              <w:t>Χα</w:t>
            </w:r>
            <w:proofErr w:type="spellStart"/>
            <w:r>
              <w:t>τζηνικόλ</w:t>
            </w:r>
            <w:proofErr w:type="spellEnd"/>
            <w:r>
              <w:t xml:space="preserve">ας </w:t>
            </w:r>
            <w:proofErr w:type="spellStart"/>
            <w:r>
              <w:t>Αντώνης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3EDC3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Νάσι</w:t>
            </w:r>
            <w:proofErr w:type="spellEnd"/>
            <w:r>
              <w:t xml:space="preserve">α </w:t>
            </w:r>
            <w:proofErr w:type="spellStart"/>
            <w:r>
              <w:t>Κυ</w:t>
            </w:r>
            <w:proofErr w:type="spellEnd"/>
            <w:r>
              <w:t>πριανού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5190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29888932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84FB8" w14:textId="77777777" w:rsidR="001B732C" w:rsidRDefault="00050B60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70383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09/11/2026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E7EE0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Μακαρίου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61963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Χριστάκης</w:t>
            </w:r>
            <w:proofErr w:type="spellEnd"/>
            <w:r>
              <w:br/>
            </w:r>
            <w:proofErr w:type="spellStart"/>
            <w:r>
              <w:t>Κόσσυφος</w:t>
            </w:r>
            <w:proofErr w:type="spellEnd"/>
            <w:r>
              <w:t xml:space="preserve"> </w:t>
            </w:r>
            <w:proofErr w:type="spellStart"/>
            <w:r>
              <w:t>Χριστόφορος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8C5C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Σιάλου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842D3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7E90F338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41642" w14:textId="77777777" w:rsidR="001B732C" w:rsidRDefault="00050B60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6CCAD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11/11/2026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6D57F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Βεργίνας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ΤΕΣΕΚ Λάρνακας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9625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Λοΐζου</w:t>
            </w:r>
            <w:proofErr w:type="spellEnd"/>
            <w:r>
              <w:t xml:space="preserve"> </w:t>
            </w:r>
            <w:proofErr w:type="spellStart"/>
            <w:r>
              <w:t>Λοΐζος</w:t>
            </w:r>
            <w:proofErr w:type="spellEnd"/>
            <w:r>
              <w:br/>
              <w:t>Χα</w:t>
            </w:r>
            <w:proofErr w:type="spellStart"/>
            <w:r>
              <w:t>τζηγεωργίου</w:t>
            </w:r>
            <w:proofErr w:type="spellEnd"/>
            <w:r>
              <w:t xml:space="preserve"> </w:t>
            </w:r>
            <w:proofErr w:type="spellStart"/>
            <w:r>
              <w:t>Σά</w:t>
            </w:r>
            <w:proofErr w:type="spellEnd"/>
            <w:r>
              <w:t>ββας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FAC75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Κρ</w:t>
            </w:r>
            <w:proofErr w:type="spellEnd"/>
            <w:r>
              <w:t>αμβή Μα</w:t>
            </w:r>
            <w:proofErr w:type="spellStart"/>
            <w:r>
              <w:t>ρί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7C51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2D5BC1CB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FB2D1" w14:textId="77777777" w:rsidR="001B732C" w:rsidRDefault="00050B60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BBEFC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12/11/2026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B930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Λιβαδιών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F5901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Στυλι</w:t>
            </w:r>
            <w:proofErr w:type="spellEnd"/>
            <w:r>
              <w:t xml:space="preserve">ανού </w:t>
            </w:r>
            <w:proofErr w:type="spellStart"/>
            <w:r>
              <w:t>Στέλιος</w:t>
            </w:r>
            <w:proofErr w:type="spellEnd"/>
            <w:r>
              <w:br/>
              <w:t>Χα</w:t>
            </w:r>
            <w:proofErr w:type="spellStart"/>
            <w:r>
              <w:t>τζηνικόλ</w:t>
            </w:r>
            <w:proofErr w:type="spellEnd"/>
            <w:r>
              <w:t xml:space="preserve">ας </w:t>
            </w:r>
            <w:proofErr w:type="spellStart"/>
            <w:r>
              <w:t>Αντώνης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64AD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Αντωνί</w:t>
            </w:r>
            <w:proofErr w:type="spellEnd"/>
            <w:r>
              <w:t xml:space="preserve">α </w:t>
            </w:r>
            <w:proofErr w:type="spellStart"/>
            <w:r>
              <w:t>Πέτρου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2CF69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Αμερικάνικη</w:t>
            </w:r>
            <w:proofErr w:type="spellEnd"/>
            <w:r>
              <w:t xml:space="preserve"> </w:t>
            </w:r>
            <w:proofErr w:type="spellStart"/>
            <w:r>
              <w:t>Ακ</w:t>
            </w:r>
            <w:proofErr w:type="spellEnd"/>
            <w:r>
              <w:t>αδημία</w:t>
            </w:r>
          </w:p>
        </w:tc>
      </w:tr>
      <w:tr w:rsidR="001B732C" w14:paraId="199C9576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649A3" w14:textId="77777777" w:rsidR="001B732C" w:rsidRDefault="00050B60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3B13B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16/11/2026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2F50F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Μακαρίου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00502" w14:textId="77777777" w:rsidR="001B732C" w:rsidRDefault="00050B60">
            <w:pPr>
              <w:spacing w:line="240" w:lineRule="auto"/>
              <w:jc w:val="center"/>
            </w:pPr>
            <w:r>
              <w:t>Κα</w:t>
            </w:r>
            <w:proofErr w:type="spellStart"/>
            <w:r>
              <w:t>λλής</w:t>
            </w:r>
            <w:proofErr w:type="spellEnd"/>
            <w:r>
              <w:t xml:space="preserve"> </w:t>
            </w:r>
            <w:proofErr w:type="spellStart"/>
            <w:r>
              <w:t>Άντης</w:t>
            </w:r>
            <w:proofErr w:type="spellEnd"/>
            <w:r>
              <w:br/>
              <w:t>Φα</w:t>
            </w:r>
            <w:proofErr w:type="spellStart"/>
            <w:r>
              <w:t>λά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CFF49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Νάσι</w:t>
            </w:r>
            <w:proofErr w:type="spellEnd"/>
            <w:r>
              <w:t xml:space="preserve">α </w:t>
            </w:r>
            <w:proofErr w:type="spellStart"/>
            <w:r>
              <w:t>Κυ</w:t>
            </w:r>
            <w:proofErr w:type="spellEnd"/>
            <w:r>
              <w:t>πριανού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A5A07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3A6E7351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E9E52" w14:textId="77777777" w:rsidR="001B732C" w:rsidRDefault="00050B60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6A15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16/11/2026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E8D9B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ΤΕΣΕΚ Λάρνακας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B555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Χριστάκης</w:t>
            </w:r>
            <w:proofErr w:type="spellEnd"/>
            <w:r>
              <w:br/>
              <w:t>Χα</w:t>
            </w:r>
            <w:proofErr w:type="spellStart"/>
            <w:r>
              <w:t>τζηνικόλ</w:t>
            </w:r>
            <w:proofErr w:type="spellEnd"/>
            <w:r>
              <w:t xml:space="preserve">ας </w:t>
            </w:r>
            <w:proofErr w:type="spellStart"/>
            <w:r>
              <w:t>Αντώνης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4CE62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Χριστοφή</w:t>
            </w:r>
            <w:proofErr w:type="spellEnd"/>
            <w:r>
              <w:t xml:space="preserve"> </w:t>
            </w:r>
            <w:proofErr w:type="spellStart"/>
            <w:r>
              <w:t>Χριστάκης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E43DD" w14:textId="77777777" w:rsidR="001B732C" w:rsidRDefault="00050B60">
            <w:pPr>
              <w:spacing w:line="240" w:lineRule="auto"/>
              <w:jc w:val="center"/>
            </w:pPr>
            <w:r>
              <w:t xml:space="preserve">ΤΕΣΕΚ </w:t>
            </w:r>
            <w:proofErr w:type="spellStart"/>
            <w:r>
              <w:t>Λάρν</w:t>
            </w:r>
            <w:proofErr w:type="spellEnd"/>
            <w:r>
              <w:t>ακας</w:t>
            </w:r>
          </w:p>
        </w:tc>
      </w:tr>
    </w:tbl>
    <w:p w14:paraId="3A4AC038" w14:textId="77777777" w:rsidR="001B732C" w:rsidRDefault="00050B60">
      <w:r>
        <w:br w:type="page"/>
      </w:r>
    </w:p>
    <w:p w14:paraId="60BCFD5B" w14:textId="3760B18D" w:rsidR="001B732C" w:rsidRPr="00663B28" w:rsidRDefault="00050B60">
      <w:pPr>
        <w:spacing w:after="80"/>
        <w:jc w:val="center"/>
        <w:rPr>
          <w:lang w:val="el-GR"/>
        </w:rPr>
      </w:pPr>
      <w:r w:rsidRPr="00663B28">
        <w:rPr>
          <w:b/>
          <w:sz w:val="30"/>
          <w:lang w:val="el-GR"/>
        </w:rPr>
        <w:lastRenderedPageBreak/>
        <w:t>ΠΡΟΓΡΑΜΜΑ ΑΓΩΝΩΝ ΠΕΤΟΣΦΑ</w:t>
      </w:r>
      <w:r w:rsidR="00663B28">
        <w:rPr>
          <w:b/>
          <w:sz w:val="30"/>
        </w:rPr>
        <w:t>I</w:t>
      </w:r>
      <w:r w:rsidRPr="00663B28">
        <w:rPr>
          <w:b/>
          <w:sz w:val="30"/>
          <w:lang w:val="el-GR"/>
        </w:rPr>
        <w:t>ΡΙΣΗΣ ΑΡΡ</w:t>
      </w:r>
      <w:r w:rsidR="00663B28">
        <w:rPr>
          <w:b/>
          <w:sz w:val="30"/>
        </w:rPr>
        <w:t>E</w:t>
      </w:r>
      <w:r w:rsidRPr="00663B28">
        <w:rPr>
          <w:b/>
          <w:sz w:val="30"/>
          <w:lang w:val="el-GR"/>
        </w:rPr>
        <w:t>ΝΩΝ ΛΥΚΕΙΩΝ</w:t>
      </w:r>
    </w:p>
    <w:p w14:paraId="4D50842B" w14:textId="5DA4D4DC" w:rsidR="001B732C" w:rsidRPr="00D93295" w:rsidRDefault="00050B60">
      <w:pPr>
        <w:spacing w:after="200"/>
        <w:jc w:val="center"/>
        <w:rPr>
          <w:lang w:val="el-GR"/>
        </w:rPr>
      </w:pPr>
      <w:r>
        <w:t>ΣΧΟΛΙΚΗ ΧΡΟΝΙΑ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1B732C" w14:paraId="3EB76835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B45FB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87849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B7B03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AEA8C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4C922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51A1D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1B732C" w14:paraId="0DACDCB8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59066" w14:textId="77777777" w:rsidR="001B732C" w:rsidRDefault="00050B60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16183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20/11/2026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6AADE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Λιβαδιών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Βεργίνας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5DD0B" w14:textId="7AABD95B" w:rsidR="001B732C" w:rsidRPr="00CF783E" w:rsidRDefault="00050B60">
            <w:pPr>
              <w:spacing w:line="240" w:lineRule="auto"/>
              <w:jc w:val="center"/>
              <w:rPr>
                <w:lang w:val="el-GR"/>
              </w:rPr>
            </w:pPr>
            <w:proofErr w:type="spellStart"/>
            <w:r>
              <w:t>Τηλεμάχου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r w:rsidR="00CF783E" w:rsidRPr="00CF783E">
              <w:rPr>
                <w:color w:val="EE0000"/>
                <w:lang w:val="el-GR"/>
              </w:rPr>
              <w:t>Στυλιανού Στέλιος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DB30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Αμ</w:t>
            </w:r>
            <w:proofErr w:type="spellEnd"/>
            <w:r>
              <w:t xml:space="preserve">πατζή </w:t>
            </w:r>
            <w:proofErr w:type="spellStart"/>
            <w:r>
              <w:t>Χρυσάνθη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A110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52DD5707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C2CC7" w14:textId="77777777" w:rsidR="001B732C" w:rsidRDefault="00050B60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E8F07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23/11/2026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1FD59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Μακαρίου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Βεργίνας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11845" w14:textId="76CF82EA" w:rsidR="001B732C" w:rsidRDefault="00CF783E">
            <w:pPr>
              <w:spacing w:line="240" w:lineRule="auto"/>
              <w:jc w:val="center"/>
            </w:pPr>
            <w:r w:rsidRPr="00CF783E">
              <w:rPr>
                <w:color w:val="EE0000"/>
                <w:lang w:val="el-GR"/>
              </w:rPr>
              <w:t xml:space="preserve">Παντελή </w:t>
            </w:r>
            <w:proofErr w:type="spellStart"/>
            <w:r w:rsidRPr="00CF783E">
              <w:rPr>
                <w:color w:val="EE0000"/>
                <w:lang w:val="el-GR"/>
              </w:rPr>
              <w:t>Χρυστάλλα</w:t>
            </w:r>
            <w:proofErr w:type="spellEnd"/>
            <w:r>
              <w:br/>
            </w:r>
            <w:proofErr w:type="spellStart"/>
            <w:r>
              <w:t>Αντωνιάδης</w:t>
            </w:r>
            <w:proofErr w:type="spellEnd"/>
            <w:r>
              <w:t xml:space="preserve"> </w:t>
            </w:r>
            <w:proofErr w:type="spellStart"/>
            <w:r>
              <w:t>Μάριος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D0035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Αντωνί</w:t>
            </w:r>
            <w:proofErr w:type="spellEnd"/>
            <w:r>
              <w:t xml:space="preserve">α </w:t>
            </w:r>
            <w:proofErr w:type="spellStart"/>
            <w:r>
              <w:t>Πέτρου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DD5B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1B4335D0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07732" w14:textId="77777777" w:rsidR="001B732C" w:rsidRDefault="00050B60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96FDC" w14:textId="77777777" w:rsidR="001B732C" w:rsidRDefault="00050B60">
            <w:pPr>
              <w:spacing w:line="240" w:lineRule="auto"/>
              <w:jc w:val="center"/>
            </w:pPr>
            <w:r>
              <w:t>ΤΡΊΤΗ</w:t>
            </w:r>
            <w:r>
              <w:br/>
              <w:t>24/11/2026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53BB0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FB6F1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Τηλεμάχου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proofErr w:type="spellStart"/>
            <w:r>
              <w:t>Χριστοδούλου</w:t>
            </w:r>
            <w:proofErr w:type="spellEnd"/>
            <w:r>
              <w:t xml:space="preserve"> </w:t>
            </w:r>
            <w:proofErr w:type="spellStart"/>
            <w:r>
              <w:t>Κώστ</w:t>
            </w:r>
            <w:proofErr w:type="spellEnd"/>
            <w:r>
              <w:t>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9F385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Γεωργί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02975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07C5F6F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42AE6" w14:textId="77777777" w:rsidR="001B732C" w:rsidRDefault="00050B60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EBE8E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25/11/2026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110F2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Λιβαδιών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ΤΕΣΕΚ Λάρνακας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3F911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Στυλι</w:t>
            </w:r>
            <w:proofErr w:type="spellEnd"/>
            <w:r>
              <w:t xml:space="preserve">ανού </w:t>
            </w:r>
            <w:proofErr w:type="spellStart"/>
            <w:r>
              <w:t>Στέλιος</w:t>
            </w:r>
            <w:proofErr w:type="spellEnd"/>
            <w:r>
              <w:br/>
            </w:r>
            <w:proofErr w:type="spellStart"/>
            <w:r>
              <w:t>Κόσσυφος</w:t>
            </w:r>
            <w:proofErr w:type="spellEnd"/>
            <w:r>
              <w:t xml:space="preserve"> </w:t>
            </w:r>
            <w:proofErr w:type="spellStart"/>
            <w:r>
              <w:t>Χριστόφορος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6E342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Σιάλου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2BE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3F3F81ED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118FB" w14:textId="77777777" w:rsidR="001B732C" w:rsidRDefault="00050B60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8438D" w14:textId="77777777" w:rsidR="001B732C" w:rsidRDefault="00050B60">
            <w:pPr>
              <w:spacing w:line="240" w:lineRule="auto"/>
              <w:jc w:val="center"/>
            </w:pPr>
            <w:r>
              <w:t>ΤΡΊΤΗ</w:t>
            </w:r>
            <w:r>
              <w:br/>
              <w:t>01/12/2026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4676B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Βεργίνας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Αμερικάνικη Ακαδημία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3CA1" w14:textId="77777777" w:rsidR="001B732C" w:rsidRDefault="00050B60">
            <w:pPr>
              <w:spacing w:line="240" w:lineRule="auto"/>
              <w:jc w:val="center"/>
            </w:pPr>
            <w:r>
              <w:t>Κα</w:t>
            </w:r>
            <w:proofErr w:type="spellStart"/>
            <w:r>
              <w:t>λλής</w:t>
            </w:r>
            <w:proofErr w:type="spellEnd"/>
            <w:r>
              <w:t xml:space="preserve"> </w:t>
            </w:r>
            <w:proofErr w:type="spellStart"/>
            <w:r>
              <w:t>Άντης</w:t>
            </w:r>
            <w:proofErr w:type="spellEnd"/>
            <w:r>
              <w:br/>
            </w:r>
            <w:proofErr w:type="spellStart"/>
            <w:r>
              <w:t>Ανδρονίκου</w:t>
            </w:r>
            <w:proofErr w:type="spellEnd"/>
            <w:r>
              <w:t xml:space="preserve"> </w:t>
            </w:r>
            <w:proofErr w:type="spellStart"/>
            <w:r>
              <w:t>Θεόδωρος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2AE4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Στ</w:t>
            </w:r>
            <w:proofErr w:type="spellEnd"/>
            <w:r>
              <w:t xml:space="preserve">αυρινίδου </w:t>
            </w:r>
            <w:proofErr w:type="spellStart"/>
            <w:r>
              <w:t>Σούλ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49FB3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38EFD556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82A28" w14:textId="77777777" w:rsidR="001B732C" w:rsidRDefault="00050B60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5F7D3" w14:textId="77777777" w:rsidR="001B732C" w:rsidRDefault="00050B60">
            <w:pPr>
              <w:spacing w:line="240" w:lineRule="auto"/>
              <w:jc w:val="center"/>
            </w:pPr>
            <w:r>
              <w:t>ΤΡΊΤΗ</w:t>
            </w:r>
            <w:r>
              <w:br/>
              <w:t>01/12/2026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15BCE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Λιβαδιών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BCBD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Χρυσοστόμου</w:t>
            </w:r>
            <w:proofErr w:type="spellEnd"/>
            <w:r>
              <w:t xml:space="preserve"> </w:t>
            </w:r>
            <w:proofErr w:type="spellStart"/>
            <w:r>
              <w:t>Σίμος</w:t>
            </w:r>
            <w:proofErr w:type="spellEnd"/>
            <w:r>
              <w:br/>
              <w:t>Φα</w:t>
            </w:r>
            <w:proofErr w:type="spellStart"/>
            <w:r>
              <w:t>λά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90248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Χριστοφή</w:t>
            </w:r>
            <w:proofErr w:type="spellEnd"/>
            <w:r>
              <w:t xml:space="preserve"> Μα</w:t>
            </w:r>
            <w:proofErr w:type="spellStart"/>
            <w:r>
              <w:t>ρί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9369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63813057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80A99" w14:textId="77777777" w:rsidR="001B732C" w:rsidRDefault="00050B60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B7EEC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04/12/2026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120CB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ΤΕΣΕΚ Λάρνακας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Μακαρίου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55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Λοΐζου</w:t>
            </w:r>
            <w:proofErr w:type="spellEnd"/>
            <w:r>
              <w:t xml:space="preserve"> </w:t>
            </w:r>
            <w:proofErr w:type="spellStart"/>
            <w:r>
              <w:t>Λοΐζος</w:t>
            </w:r>
            <w:proofErr w:type="spellEnd"/>
            <w:r>
              <w:br/>
            </w:r>
            <w:proofErr w:type="spellStart"/>
            <w:r>
              <w:t>Κόσσυφος</w:t>
            </w:r>
            <w:proofErr w:type="spellEnd"/>
            <w:r>
              <w:t xml:space="preserve"> </w:t>
            </w:r>
            <w:proofErr w:type="spellStart"/>
            <w:r>
              <w:t>Χριστόφορος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774C7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Γεωργί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7B0AA" w14:textId="77777777" w:rsidR="001B732C" w:rsidRDefault="00050B60">
            <w:pPr>
              <w:spacing w:line="240" w:lineRule="auto"/>
              <w:jc w:val="center"/>
            </w:pPr>
            <w:r>
              <w:t xml:space="preserve">ΤΕΣΕΚ </w:t>
            </w:r>
            <w:proofErr w:type="spellStart"/>
            <w:r>
              <w:t>Λάρν</w:t>
            </w:r>
            <w:proofErr w:type="spellEnd"/>
            <w:r>
              <w:t>ακας</w:t>
            </w:r>
          </w:p>
        </w:tc>
      </w:tr>
    </w:tbl>
    <w:p w14:paraId="6E28577D" w14:textId="77777777" w:rsidR="001B732C" w:rsidRDefault="00050B60">
      <w:r>
        <w:br w:type="page"/>
      </w:r>
    </w:p>
    <w:p w14:paraId="1CB1471B" w14:textId="71C185EB" w:rsidR="001B732C" w:rsidRPr="00663B28" w:rsidRDefault="00050B60">
      <w:pPr>
        <w:spacing w:after="80"/>
        <w:jc w:val="center"/>
        <w:rPr>
          <w:lang w:val="el-GR"/>
        </w:rPr>
      </w:pPr>
      <w:r w:rsidRPr="00663B28">
        <w:rPr>
          <w:b/>
          <w:sz w:val="30"/>
          <w:lang w:val="el-GR"/>
        </w:rPr>
        <w:lastRenderedPageBreak/>
        <w:t>ΠΡΟΓΡΑΜΜΑ ΑΓΩΝΩΝ ΠΕΤΟΣΦΑ</w:t>
      </w:r>
      <w:r w:rsidR="00663B28">
        <w:rPr>
          <w:b/>
          <w:sz w:val="30"/>
        </w:rPr>
        <w:t>I</w:t>
      </w:r>
      <w:r w:rsidRPr="00663B28">
        <w:rPr>
          <w:b/>
          <w:sz w:val="30"/>
          <w:lang w:val="el-GR"/>
        </w:rPr>
        <w:t>ΡΙΣΗΣ ΘΗΛ</w:t>
      </w:r>
      <w:r w:rsidR="00663B28">
        <w:rPr>
          <w:b/>
          <w:sz w:val="30"/>
        </w:rPr>
        <w:t>E</w:t>
      </w:r>
      <w:r w:rsidRPr="00663B28">
        <w:rPr>
          <w:b/>
          <w:sz w:val="30"/>
          <w:lang w:val="el-GR"/>
        </w:rPr>
        <w:t>ΩΝ ΛΥΚΕΙΩΝ</w:t>
      </w:r>
    </w:p>
    <w:p w14:paraId="5801917A" w14:textId="77777777" w:rsidR="001B732C" w:rsidRDefault="00050B60">
      <w:pPr>
        <w:spacing w:after="200"/>
        <w:jc w:val="center"/>
      </w:pPr>
      <w:r>
        <w:t>ΣΧΟΛΙΚΗ ΧΡΟΝΙΑ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1B732C" w14:paraId="071DE504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6D7C7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0BAB3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70A7D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A56B8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DAD9B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9E834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1B732C" w14:paraId="4BF00AD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780EE" w14:textId="77777777" w:rsidR="001B732C" w:rsidRDefault="00050B60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9DFF5" w14:textId="77777777" w:rsidR="001B732C" w:rsidRDefault="00050B60">
            <w:pPr>
              <w:spacing w:line="240" w:lineRule="auto"/>
              <w:jc w:val="center"/>
            </w:pPr>
            <w:r>
              <w:t>ΤΡΊΤΗ</w:t>
            </w:r>
            <w:r>
              <w:br/>
              <w:t>03/11/2026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1AE5E" w14:textId="77777777" w:rsidR="001B732C" w:rsidRPr="00DA56FF" w:rsidRDefault="00050B60">
            <w:pPr>
              <w:spacing w:line="240" w:lineRule="auto"/>
              <w:jc w:val="center"/>
              <w:rPr>
                <w:lang w:val="el-GR"/>
              </w:rPr>
            </w:pPr>
            <w:r w:rsidRPr="00DA56FF">
              <w:rPr>
                <w:lang w:val="el-GR"/>
              </w:rPr>
              <w:t>Λύκειο Βεργίνας</w:t>
            </w:r>
            <w:r w:rsidRPr="00DA56FF">
              <w:rPr>
                <w:lang w:val="el-GR"/>
              </w:rPr>
              <w:br/>
            </w:r>
            <w:r>
              <w:t>VS</w:t>
            </w:r>
            <w:r w:rsidRPr="00DA56FF">
              <w:rPr>
                <w:lang w:val="el-GR"/>
              </w:rPr>
              <w:br/>
              <w:t>Λύκειο Αγίου Γεωργίου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B296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Τηλεμάχου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  <w:t>Χα</w:t>
            </w:r>
            <w:proofErr w:type="spellStart"/>
            <w:r>
              <w:t>τζηνικόλ</w:t>
            </w:r>
            <w:proofErr w:type="spellEnd"/>
            <w:r>
              <w:t xml:space="preserve">ας </w:t>
            </w:r>
            <w:proofErr w:type="spellStart"/>
            <w:r>
              <w:t>Αντώνης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166A2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Γεωργί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B307E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03D704E5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DD039" w14:textId="77777777" w:rsidR="001B732C" w:rsidRDefault="00050B60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9F1ED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04/11/2026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2D50F" w14:textId="77777777" w:rsidR="001B732C" w:rsidRPr="00DA56FF" w:rsidRDefault="00050B60">
            <w:pPr>
              <w:spacing w:line="240" w:lineRule="auto"/>
              <w:jc w:val="center"/>
            </w:pPr>
            <w:r>
              <w:rPr>
                <w:lang w:val="el-GR"/>
              </w:rPr>
              <w:t>Λύκειο</w:t>
            </w:r>
            <w:r w:rsidRPr="00DA56FF">
              <w:t xml:space="preserve">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  <w:r w:rsidRPr="00DA56FF">
              <w:br/>
              <w:t>VS</w:t>
            </w:r>
            <w:r w:rsidRPr="00DA56FF">
              <w:br/>
              <w:t>Med High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4709F" w14:textId="77777777" w:rsidR="001B732C" w:rsidRDefault="00050B60">
            <w:pPr>
              <w:spacing w:line="240" w:lineRule="auto"/>
              <w:jc w:val="center"/>
            </w:pPr>
            <w:r>
              <w:t>Πα</w:t>
            </w:r>
            <w:proofErr w:type="spellStart"/>
            <w:r>
              <w:t>ντελή</w:t>
            </w:r>
            <w:proofErr w:type="spellEnd"/>
            <w:r>
              <w:t xml:space="preserve"> </w:t>
            </w:r>
            <w:proofErr w:type="spellStart"/>
            <w:r>
              <w:t>Χρυστάλλ</w:t>
            </w:r>
            <w:proofErr w:type="spellEnd"/>
            <w:r>
              <w:t>α</w:t>
            </w:r>
            <w:r>
              <w:br/>
            </w:r>
            <w:proofErr w:type="spellStart"/>
            <w:r>
              <w:t>Στυλι</w:t>
            </w:r>
            <w:proofErr w:type="spellEnd"/>
            <w:r>
              <w:t xml:space="preserve">ανού </w:t>
            </w:r>
            <w:proofErr w:type="spellStart"/>
            <w:r>
              <w:t>Σά</w:t>
            </w:r>
            <w:proofErr w:type="spellEnd"/>
            <w:r>
              <w:t>ββας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16B3C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Σιάλου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BD714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1B732C" w14:paraId="14BEAEC5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36482" w14:textId="77777777" w:rsidR="001B732C" w:rsidRDefault="00050B60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3CC95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04/11/2026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C45A0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Παγκύπριο Λύκειο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Αμερικάνικη Ακαδημία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7C845" w14:textId="77777777" w:rsidR="001B732C" w:rsidRDefault="00050B60">
            <w:pPr>
              <w:spacing w:line="240" w:lineRule="auto"/>
              <w:jc w:val="center"/>
            </w:pPr>
            <w:r>
              <w:t>Κα</w:t>
            </w:r>
            <w:proofErr w:type="spellStart"/>
            <w:r>
              <w:t>λλής</w:t>
            </w:r>
            <w:proofErr w:type="spellEnd"/>
            <w:r>
              <w:t xml:space="preserve"> </w:t>
            </w:r>
            <w:proofErr w:type="spellStart"/>
            <w:r>
              <w:t>Άντης</w:t>
            </w:r>
            <w:proofErr w:type="spellEnd"/>
            <w:r>
              <w:br/>
            </w:r>
            <w:proofErr w:type="spellStart"/>
            <w:r>
              <w:t>Κόσσυφος</w:t>
            </w:r>
            <w:proofErr w:type="spellEnd"/>
            <w:r>
              <w:t xml:space="preserve"> </w:t>
            </w:r>
            <w:proofErr w:type="spellStart"/>
            <w:r>
              <w:t>Χριστόφορος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ABAE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Αμ</w:t>
            </w:r>
            <w:proofErr w:type="spellEnd"/>
            <w:r>
              <w:t xml:space="preserve">πατζή </w:t>
            </w:r>
            <w:proofErr w:type="spellStart"/>
            <w:r>
              <w:t>Χρυσάνθη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241A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284D572A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36706" w14:textId="77777777" w:rsidR="001B732C" w:rsidRDefault="00050B60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43882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06/11/2026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89949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Λιβαδιών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D58F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Κούμ</w:t>
            </w:r>
            <w:proofErr w:type="spellEnd"/>
            <w:r>
              <w:t xml:space="preserve">ας </w:t>
            </w:r>
            <w:proofErr w:type="spellStart"/>
            <w:r>
              <w:t>Γιώργος</w:t>
            </w:r>
            <w:proofErr w:type="spellEnd"/>
            <w:r>
              <w:br/>
            </w:r>
            <w:proofErr w:type="spellStart"/>
            <w:r>
              <w:t>Χριστοδούλου</w:t>
            </w:r>
            <w:proofErr w:type="spellEnd"/>
            <w:r>
              <w:t xml:space="preserve"> </w:t>
            </w:r>
            <w:proofErr w:type="spellStart"/>
            <w:r>
              <w:t>Κώστ</w:t>
            </w:r>
            <w:proofErr w:type="spellEnd"/>
            <w:r>
              <w:t>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BC917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Γεωργί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E2F67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4A972E0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5AA71" w14:textId="77777777" w:rsidR="001B732C" w:rsidRDefault="00050B60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89620" w14:textId="77777777" w:rsidR="001B732C" w:rsidRDefault="00050B60">
            <w:pPr>
              <w:spacing w:line="240" w:lineRule="auto"/>
              <w:jc w:val="center"/>
            </w:pPr>
            <w:r>
              <w:t>ΤΡΊΤΗ</w:t>
            </w:r>
            <w:r>
              <w:br/>
              <w:t>10/11/2026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44B1A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Παγκύπριο Λύκειο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Λιβαδιών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1F97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Κούμ</w:t>
            </w:r>
            <w:proofErr w:type="spellEnd"/>
            <w:r>
              <w:t xml:space="preserve">ας </w:t>
            </w:r>
            <w:proofErr w:type="spellStart"/>
            <w:r>
              <w:t>Γιώργος</w:t>
            </w:r>
            <w:proofErr w:type="spellEnd"/>
            <w:r>
              <w:br/>
            </w:r>
            <w:proofErr w:type="spellStart"/>
            <w:r>
              <w:t>Χριστοδούλου</w:t>
            </w:r>
            <w:proofErr w:type="spellEnd"/>
            <w:r>
              <w:t xml:space="preserve"> </w:t>
            </w:r>
            <w:proofErr w:type="spellStart"/>
            <w:r>
              <w:t>Κώστ</w:t>
            </w:r>
            <w:proofErr w:type="spellEnd"/>
            <w:r>
              <w:t>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D1078" w14:textId="77777777" w:rsidR="001B732C" w:rsidRDefault="00050B60">
            <w:pPr>
              <w:spacing w:line="240" w:lineRule="auto"/>
              <w:jc w:val="center"/>
            </w:pPr>
            <w:r>
              <w:t>Μπ</w:t>
            </w:r>
            <w:proofErr w:type="spellStart"/>
            <w:r>
              <w:t>έκ</w:t>
            </w:r>
            <w:proofErr w:type="spellEnd"/>
            <w:r>
              <w:t xml:space="preserve">α </w:t>
            </w:r>
            <w:proofErr w:type="spellStart"/>
            <w:r>
              <w:t>Άνν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DA03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7A75B862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E6FAF" w14:textId="77777777" w:rsidR="001B732C" w:rsidRDefault="00050B60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F4094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11/11/2026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D237D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Μακαρίου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75552" w14:textId="77777777" w:rsidR="001B732C" w:rsidRDefault="00050B60">
            <w:pPr>
              <w:spacing w:line="240" w:lineRule="auto"/>
              <w:jc w:val="center"/>
            </w:pPr>
            <w:r>
              <w:t>Καρα</w:t>
            </w:r>
            <w:proofErr w:type="spellStart"/>
            <w:r>
              <w:t>κώστ</w:t>
            </w:r>
            <w:proofErr w:type="spellEnd"/>
            <w:r>
              <w:t xml:space="preserve">α </w:t>
            </w:r>
            <w:proofErr w:type="spellStart"/>
            <w:r>
              <w:t>Ελένη</w:t>
            </w:r>
            <w:proofErr w:type="spellEnd"/>
            <w:r>
              <w:br/>
            </w:r>
            <w:proofErr w:type="spellStart"/>
            <w:r>
              <w:t>Κόσσυφος</w:t>
            </w:r>
            <w:proofErr w:type="spellEnd"/>
            <w:r>
              <w:t xml:space="preserve"> </w:t>
            </w:r>
            <w:proofErr w:type="spellStart"/>
            <w:r>
              <w:t>Χριστόφορος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0D54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Γεωργίου</w:t>
            </w:r>
            <w:proofErr w:type="spellEnd"/>
            <w:r>
              <w:t xml:space="preserve"> </w:t>
            </w:r>
            <w:proofErr w:type="spellStart"/>
            <w:r>
              <w:t>Γεωργί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2B7E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1E3A0522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92E5" w14:textId="77777777" w:rsidR="001B732C" w:rsidRDefault="00050B60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32871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18/11/2026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5B4F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Αγίου Γεωργίου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</w:r>
            <w:proofErr w:type="spellStart"/>
            <w:r>
              <w:rPr>
                <w:lang w:val="el-GR"/>
              </w:rPr>
              <w:t>Med</w:t>
            </w:r>
            <w:proofErr w:type="spellEnd"/>
            <w:r>
              <w:rPr>
                <w:lang w:val="el-GR"/>
              </w:rPr>
              <w:t xml:space="preserve"> High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29A86" w14:textId="77777777" w:rsidR="001B732C" w:rsidRDefault="00050B60">
            <w:pPr>
              <w:spacing w:line="240" w:lineRule="auto"/>
              <w:jc w:val="center"/>
            </w:pPr>
            <w:r>
              <w:t>Πα</w:t>
            </w:r>
            <w:proofErr w:type="spellStart"/>
            <w:r>
              <w:t>ντελή</w:t>
            </w:r>
            <w:proofErr w:type="spellEnd"/>
            <w:r>
              <w:t xml:space="preserve"> </w:t>
            </w:r>
            <w:proofErr w:type="spellStart"/>
            <w:r>
              <w:t>Χρυστάλλ</w:t>
            </w:r>
            <w:proofErr w:type="spellEnd"/>
            <w:r>
              <w:t>α</w:t>
            </w:r>
            <w:r>
              <w:br/>
            </w:r>
            <w:proofErr w:type="spellStart"/>
            <w:r>
              <w:t>Σά</w:t>
            </w:r>
            <w:proofErr w:type="spellEnd"/>
            <w:r>
              <w:t>ββα Κα</w:t>
            </w:r>
            <w:proofErr w:type="spellStart"/>
            <w:r>
              <w:t>τερίνος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EE2B1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Κρ</w:t>
            </w:r>
            <w:proofErr w:type="spellEnd"/>
            <w:r>
              <w:t>αμβή Μα</w:t>
            </w:r>
            <w:proofErr w:type="spellStart"/>
            <w:r>
              <w:t>ρί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B7C3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Γυμνάσιο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2ECE1768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39C14" w14:textId="77777777" w:rsidR="001B732C" w:rsidRDefault="00050B60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783FB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18/11/2026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F106C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Μακαρίου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5C9B7" w14:textId="77777777" w:rsidR="001B732C" w:rsidRDefault="00050B60">
            <w:pPr>
              <w:spacing w:line="240" w:lineRule="auto"/>
              <w:jc w:val="center"/>
            </w:pPr>
            <w:r>
              <w:t>Καρα</w:t>
            </w:r>
            <w:proofErr w:type="spellStart"/>
            <w:r>
              <w:t>κώστ</w:t>
            </w:r>
            <w:proofErr w:type="spellEnd"/>
            <w:r>
              <w:t xml:space="preserve">α </w:t>
            </w:r>
            <w:proofErr w:type="spellStart"/>
            <w:r>
              <w:t>Ελένη</w:t>
            </w:r>
            <w:proofErr w:type="spellEnd"/>
            <w:r>
              <w:br/>
              <w:t>Χα</w:t>
            </w:r>
            <w:proofErr w:type="spellStart"/>
            <w:r>
              <w:t>τζηγεωργίου</w:t>
            </w:r>
            <w:proofErr w:type="spellEnd"/>
            <w:r>
              <w:t xml:space="preserve"> </w:t>
            </w:r>
            <w:proofErr w:type="spellStart"/>
            <w:r>
              <w:t>Σά</w:t>
            </w:r>
            <w:proofErr w:type="spellEnd"/>
            <w:r>
              <w:t>ββας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3A16" w14:textId="77777777" w:rsidR="001B732C" w:rsidRDefault="00050B60">
            <w:pPr>
              <w:spacing w:line="240" w:lineRule="auto"/>
              <w:jc w:val="center"/>
            </w:pPr>
            <w:r>
              <w:t>Παρπ</w:t>
            </w:r>
            <w:proofErr w:type="spellStart"/>
            <w:r>
              <w:t>όττ</w:t>
            </w:r>
            <w:proofErr w:type="spellEnd"/>
            <w:r>
              <w:t xml:space="preserve">α </w:t>
            </w:r>
            <w:proofErr w:type="spellStart"/>
            <w:r>
              <w:t>Στέλλ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93835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</w:tbl>
    <w:p w14:paraId="3364B591" w14:textId="77777777" w:rsidR="001B732C" w:rsidRDefault="00050B60">
      <w:r>
        <w:br w:type="page"/>
      </w:r>
    </w:p>
    <w:p w14:paraId="39964BC6" w14:textId="3BAE3ECE" w:rsidR="001B732C" w:rsidRPr="00663B28" w:rsidRDefault="00050B60">
      <w:pPr>
        <w:spacing w:after="80"/>
        <w:jc w:val="center"/>
        <w:rPr>
          <w:lang w:val="el-GR"/>
        </w:rPr>
      </w:pPr>
      <w:r w:rsidRPr="00663B28">
        <w:rPr>
          <w:b/>
          <w:sz w:val="30"/>
          <w:lang w:val="el-GR"/>
        </w:rPr>
        <w:lastRenderedPageBreak/>
        <w:t>ΠΡΟΓΡΑΜΜΑ ΑΓΩΝΩΝ ΠΕΤΟΣΦΑ</w:t>
      </w:r>
      <w:r w:rsidR="00663B28">
        <w:rPr>
          <w:b/>
          <w:sz w:val="30"/>
        </w:rPr>
        <w:t>I</w:t>
      </w:r>
      <w:r w:rsidRPr="00663B28">
        <w:rPr>
          <w:b/>
          <w:sz w:val="30"/>
          <w:lang w:val="el-GR"/>
        </w:rPr>
        <w:t>ΡΙΣΗΣ ΘΗΛ</w:t>
      </w:r>
      <w:r w:rsidR="00663B28">
        <w:rPr>
          <w:b/>
          <w:sz w:val="30"/>
        </w:rPr>
        <w:t>E</w:t>
      </w:r>
      <w:r w:rsidRPr="00663B28">
        <w:rPr>
          <w:b/>
          <w:sz w:val="30"/>
          <w:lang w:val="el-GR"/>
        </w:rPr>
        <w:t>ΩΝ ΛΥΚΕΙΩΝ</w:t>
      </w:r>
    </w:p>
    <w:p w14:paraId="55E5CB70" w14:textId="3E840702" w:rsidR="001B732C" w:rsidRPr="00D93295" w:rsidRDefault="00050B60">
      <w:pPr>
        <w:spacing w:after="200"/>
        <w:jc w:val="center"/>
        <w:rPr>
          <w:lang w:val="el-GR"/>
        </w:rPr>
      </w:pPr>
      <w:r>
        <w:t>ΣΧΟΛΙΚΗ ΧΡΟΝΙΑ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1B732C" w14:paraId="62B9C954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A5FBA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74CD1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ADDA6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5D61C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3E1D6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BBDB6" w14:textId="77777777" w:rsidR="001B732C" w:rsidRDefault="00050B60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1B732C" w14:paraId="76FFA51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D9008" w14:textId="77777777" w:rsidR="001B732C" w:rsidRDefault="00050B60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B47B0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20/11/2026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A2167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Λιβαδιών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Αμερικάνικη Ακαδημία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02690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Λοΐζου</w:t>
            </w:r>
            <w:proofErr w:type="spellEnd"/>
            <w:r>
              <w:t xml:space="preserve"> </w:t>
            </w:r>
            <w:proofErr w:type="spellStart"/>
            <w:r>
              <w:t>Λοΐζος</w:t>
            </w:r>
            <w:proofErr w:type="spellEnd"/>
            <w:r>
              <w:br/>
            </w:r>
            <w:proofErr w:type="spellStart"/>
            <w:r>
              <w:t>Άγγον</w:t>
            </w:r>
            <w:proofErr w:type="spellEnd"/>
            <w:r>
              <w:t xml:space="preserve">ας </w:t>
            </w:r>
            <w:proofErr w:type="spellStart"/>
            <w:r>
              <w:t>Δημήτρης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43A5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Σιάλου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F78F1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Λι</w:t>
            </w:r>
            <w:proofErr w:type="spellEnd"/>
            <w:r>
              <w:t>βαδιών</w:t>
            </w:r>
          </w:p>
        </w:tc>
      </w:tr>
      <w:tr w:rsidR="001B732C" w14:paraId="262F1A34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E5B7F" w14:textId="77777777" w:rsidR="001B732C" w:rsidRDefault="00050B60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8EAAE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25/11/2026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0035A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Παγκύπριο Λύκειο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D945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Λοΐζου</w:t>
            </w:r>
            <w:proofErr w:type="spellEnd"/>
            <w:r>
              <w:t xml:space="preserve"> </w:t>
            </w:r>
            <w:proofErr w:type="spellStart"/>
            <w:r>
              <w:t>Λοΐζος</w:t>
            </w:r>
            <w:proofErr w:type="spellEnd"/>
            <w:r>
              <w:br/>
            </w:r>
            <w:proofErr w:type="spellStart"/>
            <w:r>
              <w:t>Σά</w:t>
            </w:r>
            <w:proofErr w:type="spellEnd"/>
            <w:r>
              <w:t>ββα Κα</w:t>
            </w:r>
            <w:proofErr w:type="spellStart"/>
            <w:r>
              <w:t>τερίνος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0EF87" w14:textId="77777777" w:rsidR="001B732C" w:rsidRDefault="00050B60">
            <w:pPr>
              <w:spacing w:line="240" w:lineRule="auto"/>
              <w:jc w:val="center"/>
            </w:pPr>
            <w:r>
              <w:t>Μπ</w:t>
            </w:r>
            <w:proofErr w:type="spellStart"/>
            <w:r>
              <w:t>έκ</w:t>
            </w:r>
            <w:proofErr w:type="spellEnd"/>
            <w:r>
              <w:t xml:space="preserve">α </w:t>
            </w:r>
            <w:proofErr w:type="spellStart"/>
            <w:r>
              <w:t>Άνν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1D5AE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50A9000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CF3E3" w14:textId="77777777" w:rsidR="001B732C" w:rsidRDefault="00050B60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531BE" w14:textId="77777777" w:rsidR="001B732C" w:rsidRDefault="00050B60">
            <w:pPr>
              <w:spacing w:line="240" w:lineRule="auto"/>
              <w:jc w:val="center"/>
            </w:pPr>
            <w:r>
              <w:t>ΠΈΜΠΤΗ</w:t>
            </w:r>
            <w:r>
              <w:br/>
              <w:t>26/11/2026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21D9E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Αγίου Γεωργίου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6F6D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Στυλι</w:t>
            </w:r>
            <w:proofErr w:type="spellEnd"/>
            <w:r>
              <w:t xml:space="preserve">ανού </w:t>
            </w:r>
            <w:proofErr w:type="spellStart"/>
            <w:r>
              <w:t>Σά</w:t>
            </w:r>
            <w:proofErr w:type="spellEnd"/>
            <w:r>
              <w:t>ββας</w:t>
            </w:r>
            <w:r>
              <w:br/>
              <w:t>Φα</w:t>
            </w:r>
            <w:proofErr w:type="spellStart"/>
            <w:r>
              <w:t>λά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851AD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Νάσι</w:t>
            </w:r>
            <w:proofErr w:type="spellEnd"/>
            <w:r>
              <w:t xml:space="preserve">α </w:t>
            </w:r>
            <w:proofErr w:type="spellStart"/>
            <w:r>
              <w:t>Κυ</w:t>
            </w:r>
            <w:proofErr w:type="spellEnd"/>
            <w:r>
              <w:t>πριανού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21CD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1B732C" w14:paraId="42FCD525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3E968" w14:textId="77777777" w:rsidR="001B732C" w:rsidRDefault="00050B60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E3032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27/11/2026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BB9E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  <w:r>
              <w:br/>
              <w:t>VS</w:t>
            </w:r>
            <w:r>
              <w:br/>
              <w:t>Med High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8385A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Τηλεμάχου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proofErr w:type="spellStart"/>
            <w:r>
              <w:t>Χριστοδούλου</w:t>
            </w:r>
            <w:proofErr w:type="spellEnd"/>
            <w:r>
              <w:t xml:space="preserve"> </w:t>
            </w:r>
            <w:proofErr w:type="spellStart"/>
            <w:r>
              <w:t>Κώστ</w:t>
            </w:r>
            <w:proofErr w:type="spellEnd"/>
            <w:r>
              <w:t>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68F37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Σιάλου</w:t>
            </w:r>
            <w:proofErr w:type="spellEnd"/>
            <w:r>
              <w:t xml:space="preserve"> </w:t>
            </w:r>
            <w:proofErr w:type="spellStart"/>
            <w:r>
              <w:t>Άντρη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1057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Βεργίν</w:t>
            </w:r>
            <w:proofErr w:type="spellEnd"/>
            <w:r>
              <w:t>ας</w:t>
            </w:r>
          </w:p>
        </w:tc>
      </w:tr>
      <w:tr w:rsidR="001B732C" w14:paraId="172875B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9B797" w14:textId="77777777" w:rsidR="001B732C" w:rsidRDefault="00050B60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5232D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27/11/2026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350FD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Μακαρίου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Λιβαδιών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6B302" w14:textId="77777777" w:rsidR="001B732C" w:rsidRDefault="00050B60">
            <w:pPr>
              <w:spacing w:line="240" w:lineRule="auto"/>
              <w:jc w:val="center"/>
            </w:pPr>
            <w:r>
              <w:t>Κα</w:t>
            </w:r>
            <w:proofErr w:type="spellStart"/>
            <w:r>
              <w:t>λλής</w:t>
            </w:r>
            <w:proofErr w:type="spellEnd"/>
            <w:r>
              <w:t xml:space="preserve"> </w:t>
            </w:r>
            <w:proofErr w:type="spellStart"/>
            <w:r>
              <w:t>Άντης</w:t>
            </w:r>
            <w:proofErr w:type="spellEnd"/>
            <w:r>
              <w:br/>
              <w:t>Χα</w:t>
            </w:r>
            <w:proofErr w:type="spellStart"/>
            <w:r>
              <w:t>τζηνικόλ</w:t>
            </w:r>
            <w:proofErr w:type="spellEnd"/>
            <w:r>
              <w:t xml:space="preserve">ας </w:t>
            </w:r>
            <w:proofErr w:type="spellStart"/>
            <w:r>
              <w:t>Αντώνης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E16EF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Στ</w:t>
            </w:r>
            <w:proofErr w:type="spellEnd"/>
            <w:r>
              <w:t xml:space="preserve">αυρινίδου </w:t>
            </w:r>
            <w:proofErr w:type="spellStart"/>
            <w:r>
              <w:t>Σούλ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2CC67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  <w:tr w:rsidR="001B732C" w14:paraId="6BFE34A4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9CA33" w14:textId="77777777" w:rsidR="001B732C" w:rsidRDefault="00050B60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EC7A3" w14:textId="77777777" w:rsidR="001B732C" w:rsidRDefault="00050B60">
            <w:pPr>
              <w:spacing w:line="240" w:lineRule="auto"/>
              <w:jc w:val="center"/>
            </w:pPr>
            <w:r>
              <w:t>ΔΕΥΤΈΡΑ</w:t>
            </w:r>
            <w:r>
              <w:br/>
              <w:t>30/11/2026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DB280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Λύκειο Μακαρίου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Παγκύπριο Λύκειο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59CC2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Αγνή</w:t>
            </w:r>
            <w:proofErr w:type="spellEnd"/>
            <w:r>
              <w:t xml:space="preserve"> Χαρα</w:t>
            </w:r>
            <w:proofErr w:type="spellStart"/>
            <w:r>
              <w:t>λάμ</w:t>
            </w:r>
            <w:proofErr w:type="spellEnd"/>
            <w:r>
              <w:t>πους</w:t>
            </w:r>
            <w:r>
              <w:br/>
            </w:r>
            <w:proofErr w:type="spellStart"/>
            <w:r>
              <w:t>Αντωνιάδης</w:t>
            </w:r>
            <w:proofErr w:type="spellEnd"/>
            <w:r>
              <w:t xml:space="preserve"> </w:t>
            </w:r>
            <w:proofErr w:type="spellStart"/>
            <w:r>
              <w:t>Μάριος</w:t>
            </w:r>
            <w:proofErr w:type="spellEnd"/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BAA8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Νάσι</w:t>
            </w:r>
            <w:proofErr w:type="spellEnd"/>
            <w:r>
              <w:t xml:space="preserve">α </w:t>
            </w:r>
            <w:proofErr w:type="spellStart"/>
            <w:r>
              <w:t>Κυ</w:t>
            </w:r>
            <w:proofErr w:type="spellEnd"/>
            <w:r>
              <w:t>πριανού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9ADD2" w14:textId="77777777" w:rsidR="001B732C" w:rsidRDefault="00050B60">
            <w:pPr>
              <w:spacing w:line="240" w:lineRule="auto"/>
              <w:jc w:val="center"/>
            </w:pPr>
            <w:r>
              <w:t>Μα</w:t>
            </w:r>
            <w:proofErr w:type="spellStart"/>
            <w:r>
              <w:t>κάριο</w:t>
            </w:r>
            <w:proofErr w:type="spellEnd"/>
            <w:r>
              <w:t xml:space="preserve"> </w:t>
            </w:r>
            <w:proofErr w:type="spellStart"/>
            <w:r>
              <w:t>Λύκειο</w:t>
            </w:r>
            <w:proofErr w:type="spellEnd"/>
          </w:p>
        </w:tc>
      </w:tr>
      <w:tr w:rsidR="001B732C" w14:paraId="03C5F242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723D" w14:textId="77777777" w:rsidR="001B732C" w:rsidRDefault="00050B60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94EF9" w14:textId="77777777" w:rsidR="001B732C" w:rsidRDefault="00050B60">
            <w:pPr>
              <w:spacing w:line="240" w:lineRule="auto"/>
              <w:jc w:val="center"/>
            </w:pPr>
            <w:r>
              <w:t>ΤΕΤΆΡΤΗ</w:t>
            </w:r>
            <w:r>
              <w:br/>
              <w:t>02/12/2026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84DE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Λύκειο </w:t>
            </w:r>
            <w:proofErr w:type="spellStart"/>
            <w:r>
              <w:rPr>
                <w:lang w:val="el-GR"/>
              </w:rPr>
              <w:t>Αραδίππου</w:t>
            </w:r>
            <w:proofErr w:type="spellEnd"/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>Λύκειο Βεργίνας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10D64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Στυλι</w:t>
            </w:r>
            <w:proofErr w:type="spellEnd"/>
            <w:r>
              <w:t xml:space="preserve">ανού </w:t>
            </w:r>
            <w:proofErr w:type="spellStart"/>
            <w:r>
              <w:t>Στέλιος</w:t>
            </w:r>
            <w:proofErr w:type="spellEnd"/>
            <w:r>
              <w:br/>
            </w:r>
            <w:proofErr w:type="spellStart"/>
            <w:r>
              <w:t>Χριστοδούλου</w:t>
            </w:r>
            <w:proofErr w:type="spellEnd"/>
            <w:r>
              <w:t xml:space="preserve"> </w:t>
            </w:r>
            <w:proofErr w:type="spellStart"/>
            <w:r>
              <w:t>Κώστ</w:t>
            </w:r>
            <w:proofErr w:type="spellEnd"/>
            <w:r>
              <w:t>ας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B9FE1" w14:textId="77777777" w:rsidR="001B732C" w:rsidRDefault="00050B60">
            <w:pPr>
              <w:spacing w:line="240" w:lineRule="auto"/>
              <w:jc w:val="center"/>
            </w:pPr>
            <w:r>
              <w:t>Παρπ</w:t>
            </w:r>
            <w:proofErr w:type="spellStart"/>
            <w:r>
              <w:t>όττ</w:t>
            </w:r>
            <w:proofErr w:type="spellEnd"/>
            <w:r>
              <w:t xml:space="preserve">α </w:t>
            </w:r>
            <w:proofErr w:type="spellStart"/>
            <w:r>
              <w:t>Στέλλ</w:t>
            </w:r>
            <w:proofErr w:type="spellEnd"/>
            <w:r>
              <w:t>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13975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1B732C" w14:paraId="6E6132E4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B7CA8" w14:textId="77777777" w:rsidR="001B732C" w:rsidRDefault="00050B60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A1916" w14:textId="77777777" w:rsidR="001B732C" w:rsidRDefault="00050B60">
            <w:pPr>
              <w:spacing w:line="240" w:lineRule="auto"/>
              <w:jc w:val="center"/>
            </w:pPr>
            <w:r>
              <w:t>ΠΑΡΑΣΚΕΥΉ</w:t>
            </w:r>
            <w:r>
              <w:br/>
              <w:t>04/12/2026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15BF4" w14:textId="77777777" w:rsidR="001B732C" w:rsidRPr="00D93295" w:rsidRDefault="00050B60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Αμερικάνικη Ακαδημία</w:t>
            </w:r>
            <w:r>
              <w:rPr>
                <w:lang w:val="el-GR"/>
              </w:rPr>
              <w:br/>
              <w:t>VS</w:t>
            </w:r>
            <w:r>
              <w:rPr>
                <w:lang w:val="el-GR"/>
              </w:rPr>
              <w:br/>
              <w:t xml:space="preserve">Λύκειο </w:t>
            </w:r>
            <w:proofErr w:type="spellStart"/>
            <w:r>
              <w:rPr>
                <w:lang w:val="el-GR"/>
              </w:rPr>
              <w:t>Λευκάρων</w:t>
            </w:r>
            <w:proofErr w:type="spellEnd"/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155F6" w14:textId="6E944DFE" w:rsidR="001B732C" w:rsidRPr="00BE5623" w:rsidRDefault="00050B60">
            <w:pPr>
              <w:spacing w:line="240" w:lineRule="auto"/>
              <w:jc w:val="center"/>
              <w:rPr>
                <w:lang w:val="el-GR"/>
              </w:rPr>
            </w:pPr>
            <w:proofErr w:type="spellStart"/>
            <w:r>
              <w:t>Τηλεμάχου</w:t>
            </w:r>
            <w:proofErr w:type="spellEnd"/>
            <w:r>
              <w:t xml:space="preserve"> Χα</w:t>
            </w:r>
            <w:proofErr w:type="spellStart"/>
            <w:r>
              <w:t>ράλ</w:t>
            </w:r>
            <w:proofErr w:type="spellEnd"/>
            <w:r>
              <w:t>αμπος</w:t>
            </w:r>
            <w:r>
              <w:br/>
            </w:r>
            <w:r w:rsidR="00BE5623" w:rsidRPr="00BE5623">
              <w:rPr>
                <w:color w:val="EE0000"/>
                <w:lang w:val="el-GR"/>
              </w:rPr>
              <w:t>Χρυσοστόμου Σίμος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BB2A9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Χριστοφή</w:t>
            </w:r>
            <w:proofErr w:type="spellEnd"/>
            <w:r>
              <w:t xml:space="preserve"> </w:t>
            </w:r>
            <w:proofErr w:type="spellStart"/>
            <w:r>
              <w:t>Χριστάκης</w:t>
            </w:r>
            <w:proofErr w:type="spellEnd"/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1AD46" w14:textId="77777777" w:rsidR="001B732C" w:rsidRDefault="00050B60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Μακα</w:t>
            </w:r>
            <w:proofErr w:type="spellStart"/>
            <w:r>
              <w:t>ρίου</w:t>
            </w:r>
            <w:proofErr w:type="spellEnd"/>
          </w:p>
        </w:tc>
      </w:tr>
    </w:tbl>
    <w:p w14:paraId="21EA3437" w14:textId="77777777" w:rsidR="00FD2FCE" w:rsidRDefault="00FD2FCE">
      <w:pPr>
        <w:rPr>
          <w:lang w:val="el-GR"/>
        </w:rPr>
      </w:pPr>
    </w:p>
    <w:p w14:paraId="0022030B" w14:textId="77777777" w:rsidR="00D93295" w:rsidRDefault="00D93295">
      <w:pPr>
        <w:rPr>
          <w:lang w:val="el-GR"/>
        </w:rPr>
      </w:pPr>
    </w:p>
    <w:p w14:paraId="033A71DC" w14:textId="77777777" w:rsidR="00D93295" w:rsidRDefault="00D93295">
      <w:pPr>
        <w:rPr>
          <w:lang w:val="el-GR"/>
        </w:rPr>
      </w:pPr>
    </w:p>
    <w:p w14:paraId="406D66D5" w14:textId="77777777" w:rsidR="00D93295" w:rsidRDefault="00D93295">
      <w:pPr>
        <w:rPr>
          <w:lang w:val="el-GR"/>
        </w:rPr>
      </w:pPr>
    </w:p>
    <w:p w14:paraId="121AB06B" w14:textId="77777777" w:rsidR="00D93295" w:rsidRDefault="00D93295">
      <w:pPr>
        <w:rPr>
          <w:lang w:val="el-GR"/>
        </w:rPr>
      </w:pPr>
    </w:p>
    <w:p w14:paraId="73EC1D47" w14:textId="77777777" w:rsidR="00D93295" w:rsidRDefault="00D93295">
      <w:pPr>
        <w:rPr>
          <w:lang w:val="el-GR"/>
        </w:rPr>
      </w:pPr>
    </w:p>
    <w:p w14:paraId="6A576BF4" w14:textId="77777777" w:rsidR="00D93295" w:rsidRDefault="00D93295">
      <w:pPr>
        <w:rPr>
          <w:lang w:val="el-GR"/>
        </w:rPr>
      </w:pPr>
    </w:p>
    <w:p w14:paraId="14027D1D" w14:textId="77777777" w:rsidR="00D93295" w:rsidRDefault="00D93295" w:rsidP="00D93295">
      <w:pPr>
        <w:spacing w:after="80"/>
        <w:jc w:val="center"/>
        <w:rPr>
          <w:b/>
          <w:sz w:val="30"/>
          <w:lang w:val="el-GR"/>
        </w:rPr>
      </w:pPr>
    </w:p>
    <w:p w14:paraId="4906D16A" w14:textId="24600DEA" w:rsidR="00D93295" w:rsidRPr="00D93295" w:rsidRDefault="00D93295" w:rsidP="00D93295">
      <w:pPr>
        <w:spacing w:after="80"/>
        <w:jc w:val="center"/>
        <w:rPr>
          <w:lang w:val="el-GR"/>
        </w:rPr>
      </w:pPr>
      <w:r w:rsidRPr="00D93295">
        <w:rPr>
          <w:b/>
          <w:sz w:val="30"/>
          <w:lang w:val="el-GR"/>
        </w:rPr>
        <w:t xml:space="preserve">ΠΡΟΓΡΑΜΜΑ ΑΓΩΝΩΝ </w:t>
      </w:r>
      <w:r>
        <w:rPr>
          <w:b/>
          <w:sz w:val="30"/>
          <w:lang w:val="el-GR"/>
        </w:rPr>
        <w:t>ΧΕΙΡΟΣΦΑΙΡΙΣΗΣ ΑΡΡΕΝΩΝ/ΘΗΛΕΩΝ</w:t>
      </w:r>
      <w:r w:rsidRPr="00D93295">
        <w:rPr>
          <w:b/>
          <w:sz w:val="30"/>
          <w:lang w:val="el-GR"/>
        </w:rPr>
        <w:t xml:space="preserve"> ΛΥΚΕΙΩΝ</w:t>
      </w:r>
    </w:p>
    <w:p w14:paraId="259CAA9F" w14:textId="77777777" w:rsidR="00D93295" w:rsidRDefault="00D93295" w:rsidP="00D93295">
      <w:pPr>
        <w:spacing w:after="200"/>
        <w:jc w:val="center"/>
        <w:rPr>
          <w:lang w:val="el-GR"/>
        </w:rPr>
      </w:pPr>
      <w:r w:rsidRPr="00D93295">
        <w:rPr>
          <w:lang w:val="el-GR"/>
        </w:rPr>
        <w:t>ΣΧΟΛΙΚΗ ΧΡΟΝΙΑ 2026–2027</w:t>
      </w:r>
    </w:p>
    <w:p w14:paraId="46918DC8" w14:textId="77777777" w:rsidR="00D93295" w:rsidRPr="00D93295" w:rsidRDefault="00D93295" w:rsidP="00D93295">
      <w:pPr>
        <w:spacing w:after="200"/>
        <w:jc w:val="center"/>
        <w:rPr>
          <w:lang w:val="el-GR"/>
        </w:rPr>
      </w:pPr>
    </w:p>
    <w:p w14:paraId="356CE06D" w14:textId="77777777" w:rsidR="00D93295" w:rsidRDefault="00D93295">
      <w:pPr>
        <w:rPr>
          <w:lang w:val="el-G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D93295" w14:paraId="2C7EA2F5" w14:textId="77777777" w:rsidTr="000C2A19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439D4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B56B4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A0550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ACAAA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DDEA8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3B975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D93295" w14:paraId="2411467D" w14:textId="77777777" w:rsidTr="000C2A19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E6899" w14:textId="607113D4" w:rsidR="00D93295" w:rsidRPr="00D93295" w:rsidRDefault="00D93295" w:rsidP="000C2A19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F7606" w14:textId="2112402A" w:rsidR="00D93295" w:rsidRPr="00570FF6" w:rsidRDefault="00D93295" w:rsidP="000C2A19">
            <w:pPr>
              <w:spacing w:line="240" w:lineRule="auto"/>
              <w:jc w:val="center"/>
              <w:rPr>
                <w:color w:val="EE0000"/>
              </w:rPr>
            </w:pPr>
            <w:r w:rsidRPr="00570FF6">
              <w:rPr>
                <w:color w:val="EE0000"/>
                <w:lang w:val="el-GR"/>
              </w:rPr>
              <w:t>ΔΕΥΤΈΡΑ</w:t>
            </w:r>
            <w:r w:rsidRPr="00570FF6">
              <w:rPr>
                <w:color w:val="EE0000"/>
                <w:lang w:val="el-GR"/>
              </w:rPr>
              <w:br/>
            </w:r>
            <w:r w:rsidR="00333BAE">
              <w:rPr>
                <w:color w:val="EE0000"/>
                <w:lang w:val="el-GR"/>
              </w:rPr>
              <w:t>02</w:t>
            </w:r>
            <w:r w:rsidRPr="00570FF6">
              <w:rPr>
                <w:color w:val="EE0000"/>
                <w:lang w:val="el-GR"/>
              </w:rPr>
              <w:t>/</w:t>
            </w:r>
            <w:r w:rsidR="00843759">
              <w:rPr>
                <w:color w:val="EE0000"/>
                <w:lang w:val="el-GR"/>
              </w:rPr>
              <w:t>1</w:t>
            </w:r>
            <w:r w:rsidR="00333BAE">
              <w:rPr>
                <w:color w:val="EE0000"/>
                <w:lang w:val="el-GR"/>
              </w:rPr>
              <w:t>2</w:t>
            </w:r>
            <w:r w:rsidRPr="00570FF6">
              <w:rPr>
                <w:color w:val="EE0000"/>
                <w:lang w:val="el-GR"/>
              </w:rPr>
              <w:t>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F7FBF" w14:textId="656C6629" w:rsidR="00D93295" w:rsidRPr="00570FF6" w:rsidRDefault="00D93295" w:rsidP="000C2A19">
            <w:pPr>
              <w:spacing w:line="240" w:lineRule="auto"/>
              <w:jc w:val="center"/>
              <w:rPr>
                <w:color w:val="EE0000"/>
                <w:lang w:val="el-GR"/>
              </w:rPr>
            </w:pPr>
            <w:r w:rsidRPr="00570FF6">
              <w:rPr>
                <w:color w:val="EE0000"/>
                <w:lang w:val="el-GR"/>
              </w:rPr>
              <w:t>Χειροσφαίριση Θηλέων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4ABBD" w14:textId="583A5F8F" w:rsidR="00D93295" w:rsidRDefault="00D93295" w:rsidP="000C2A19">
            <w:pPr>
              <w:spacing w:line="240" w:lineRule="auto"/>
              <w:jc w:val="center"/>
            </w:pP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D3420" w14:textId="1575834A" w:rsidR="00D93295" w:rsidRDefault="00D93295" w:rsidP="000C2A19">
            <w:pPr>
              <w:spacing w:line="240" w:lineRule="auto"/>
              <w:jc w:val="center"/>
            </w:pP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56786" w14:textId="16D8A722" w:rsidR="00D93295" w:rsidRDefault="00D93295" w:rsidP="000C2A19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D93295" w14:paraId="46879E41" w14:textId="77777777" w:rsidTr="000C2A19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9F5D6" w14:textId="4D01C49C" w:rsidR="00D93295" w:rsidRPr="00D93295" w:rsidRDefault="00D93295" w:rsidP="000C2A19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8F712" w14:textId="1DB00150" w:rsidR="00D93295" w:rsidRPr="00570FF6" w:rsidRDefault="00D93295" w:rsidP="000C2A19">
            <w:pPr>
              <w:spacing w:line="240" w:lineRule="auto"/>
              <w:jc w:val="center"/>
              <w:rPr>
                <w:color w:val="EE0000"/>
              </w:rPr>
            </w:pPr>
            <w:r w:rsidRPr="00570FF6">
              <w:rPr>
                <w:color w:val="EE0000"/>
              </w:rPr>
              <w:t>ΤΕΤΆΡΤΗ</w:t>
            </w:r>
            <w:r w:rsidRPr="00570FF6">
              <w:rPr>
                <w:color w:val="EE0000"/>
              </w:rPr>
              <w:br/>
            </w:r>
            <w:r w:rsidR="00843759">
              <w:rPr>
                <w:color w:val="EE0000"/>
                <w:lang w:val="el-GR"/>
              </w:rPr>
              <w:t>04</w:t>
            </w:r>
            <w:r w:rsidRPr="00570FF6">
              <w:rPr>
                <w:color w:val="EE0000"/>
              </w:rPr>
              <w:t>/1</w:t>
            </w:r>
            <w:r w:rsidR="00843759">
              <w:rPr>
                <w:color w:val="EE0000"/>
                <w:lang w:val="el-GR"/>
              </w:rPr>
              <w:t>2</w:t>
            </w:r>
            <w:r w:rsidRPr="00570FF6">
              <w:rPr>
                <w:color w:val="EE0000"/>
              </w:rPr>
              <w:t>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B4FB2" w14:textId="5738E777" w:rsidR="00D93295" w:rsidRPr="00570FF6" w:rsidRDefault="00D93295" w:rsidP="000C2A19">
            <w:pPr>
              <w:spacing w:line="240" w:lineRule="auto"/>
              <w:jc w:val="center"/>
              <w:rPr>
                <w:color w:val="EE0000"/>
                <w:lang w:val="el-GR"/>
              </w:rPr>
            </w:pPr>
            <w:r w:rsidRPr="00570FF6">
              <w:rPr>
                <w:color w:val="EE0000"/>
                <w:lang w:val="el-GR"/>
              </w:rPr>
              <w:t>Χειροσφαίριση Αρρένων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D37B4" w14:textId="4E95FCBB" w:rsidR="00D93295" w:rsidRDefault="00D93295" w:rsidP="000C2A19">
            <w:pPr>
              <w:spacing w:line="240" w:lineRule="auto"/>
              <w:jc w:val="center"/>
            </w:pP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EDEA4" w14:textId="5270DB32" w:rsidR="00D93295" w:rsidRDefault="00D93295" w:rsidP="000C2A19">
            <w:pPr>
              <w:spacing w:line="240" w:lineRule="auto"/>
              <w:jc w:val="center"/>
            </w:pP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002C9" w14:textId="10909374" w:rsidR="00D93295" w:rsidRDefault="00D93295" w:rsidP="000C2A19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Αραδίππου</w:t>
            </w:r>
          </w:p>
        </w:tc>
      </w:tr>
    </w:tbl>
    <w:p w14:paraId="4FE15898" w14:textId="77777777" w:rsidR="00D93295" w:rsidRDefault="00D93295">
      <w:pPr>
        <w:rPr>
          <w:lang w:val="el-GR"/>
        </w:rPr>
      </w:pPr>
    </w:p>
    <w:p w14:paraId="6996A18F" w14:textId="77777777" w:rsidR="00D93295" w:rsidRDefault="00D93295">
      <w:pPr>
        <w:rPr>
          <w:lang w:val="el-GR"/>
        </w:rPr>
      </w:pPr>
    </w:p>
    <w:p w14:paraId="49B47AC2" w14:textId="77777777" w:rsidR="00D93295" w:rsidRDefault="00D93295">
      <w:pPr>
        <w:rPr>
          <w:lang w:val="el-GR"/>
        </w:rPr>
      </w:pPr>
    </w:p>
    <w:p w14:paraId="57BC5D18" w14:textId="77777777" w:rsidR="00D93295" w:rsidRDefault="00D93295">
      <w:pPr>
        <w:rPr>
          <w:lang w:val="el-GR"/>
        </w:rPr>
      </w:pPr>
    </w:p>
    <w:p w14:paraId="37F76A3A" w14:textId="77777777" w:rsidR="00D93295" w:rsidRDefault="00D93295">
      <w:pPr>
        <w:rPr>
          <w:lang w:val="el-GR"/>
        </w:rPr>
      </w:pPr>
    </w:p>
    <w:p w14:paraId="5131C449" w14:textId="77777777" w:rsidR="00D93295" w:rsidRDefault="00D93295">
      <w:pPr>
        <w:rPr>
          <w:lang w:val="el-GR"/>
        </w:rPr>
      </w:pPr>
    </w:p>
    <w:p w14:paraId="3772FF36" w14:textId="77777777" w:rsidR="00D93295" w:rsidRDefault="00D93295">
      <w:pPr>
        <w:rPr>
          <w:lang w:val="el-GR"/>
        </w:rPr>
      </w:pPr>
    </w:p>
    <w:p w14:paraId="3D272886" w14:textId="77777777" w:rsidR="00D93295" w:rsidRDefault="00D93295">
      <w:pPr>
        <w:rPr>
          <w:lang w:val="el-GR"/>
        </w:rPr>
      </w:pPr>
    </w:p>
    <w:p w14:paraId="1B4A79AB" w14:textId="77777777" w:rsidR="00D93295" w:rsidRDefault="00D93295">
      <w:pPr>
        <w:rPr>
          <w:lang w:val="el-GR"/>
        </w:rPr>
      </w:pPr>
    </w:p>
    <w:p w14:paraId="580D68CE" w14:textId="77777777" w:rsidR="00D93295" w:rsidRDefault="00D93295">
      <w:pPr>
        <w:rPr>
          <w:lang w:val="el-GR"/>
        </w:rPr>
      </w:pPr>
    </w:p>
    <w:p w14:paraId="193F6C28" w14:textId="77777777" w:rsidR="00D93295" w:rsidRDefault="00D93295">
      <w:pPr>
        <w:rPr>
          <w:lang w:val="el-GR"/>
        </w:rPr>
      </w:pPr>
    </w:p>
    <w:p w14:paraId="750463C5" w14:textId="77777777" w:rsidR="00D93295" w:rsidRDefault="00D93295">
      <w:pPr>
        <w:rPr>
          <w:lang w:val="el-GR"/>
        </w:rPr>
      </w:pPr>
    </w:p>
    <w:p w14:paraId="41933DF4" w14:textId="77777777" w:rsidR="00D93295" w:rsidRDefault="00D93295">
      <w:pPr>
        <w:rPr>
          <w:lang w:val="el-GR"/>
        </w:rPr>
      </w:pPr>
    </w:p>
    <w:p w14:paraId="072A7393" w14:textId="77777777" w:rsidR="00D93295" w:rsidRDefault="00D93295">
      <w:pPr>
        <w:rPr>
          <w:lang w:val="el-GR"/>
        </w:rPr>
      </w:pPr>
    </w:p>
    <w:p w14:paraId="60112406" w14:textId="77777777" w:rsidR="00D93295" w:rsidRDefault="00D93295">
      <w:pPr>
        <w:rPr>
          <w:lang w:val="el-GR"/>
        </w:rPr>
      </w:pPr>
    </w:p>
    <w:p w14:paraId="6DF6E590" w14:textId="77777777" w:rsidR="00D93295" w:rsidRDefault="00D93295">
      <w:pPr>
        <w:rPr>
          <w:lang w:val="el-GR"/>
        </w:rPr>
      </w:pPr>
    </w:p>
    <w:p w14:paraId="0E3A913E" w14:textId="77777777" w:rsidR="00D93295" w:rsidRDefault="00D93295">
      <w:pPr>
        <w:rPr>
          <w:lang w:val="el-GR"/>
        </w:rPr>
      </w:pPr>
    </w:p>
    <w:p w14:paraId="4ED244A5" w14:textId="77777777" w:rsidR="00D93295" w:rsidRDefault="00D93295">
      <w:pPr>
        <w:rPr>
          <w:lang w:val="el-GR"/>
        </w:rPr>
      </w:pPr>
    </w:p>
    <w:p w14:paraId="66EE9553" w14:textId="77777777" w:rsidR="00D93295" w:rsidRDefault="00D93295">
      <w:pPr>
        <w:rPr>
          <w:lang w:val="el-GR"/>
        </w:rPr>
      </w:pPr>
    </w:p>
    <w:p w14:paraId="5A40A23F" w14:textId="77777777" w:rsidR="00D93295" w:rsidRDefault="00D93295">
      <w:pPr>
        <w:rPr>
          <w:lang w:val="el-GR"/>
        </w:rPr>
      </w:pPr>
    </w:p>
    <w:p w14:paraId="35FDE991" w14:textId="77777777" w:rsidR="00D93295" w:rsidRDefault="00D93295">
      <w:pPr>
        <w:rPr>
          <w:lang w:val="el-GR"/>
        </w:rPr>
      </w:pPr>
    </w:p>
    <w:p w14:paraId="49094EA0" w14:textId="77777777" w:rsidR="00D93295" w:rsidRDefault="00D93295">
      <w:pPr>
        <w:rPr>
          <w:lang w:val="el-GR"/>
        </w:rPr>
      </w:pPr>
    </w:p>
    <w:p w14:paraId="57B77B2D" w14:textId="77777777" w:rsidR="00D93295" w:rsidRDefault="00D93295">
      <w:pPr>
        <w:rPr>
          <w:lang w:val="el-GR"/>
        </w:rPr>
      </w:pPr>
    </w:p>
    <w:p w14:paraId="77442434" w14:textId="77777777" w:rsidR="00D93295" w:rsidRDefault="00D93295">
      <w:pPr>
        <w:rPr>
          <w:lang w:val="el-GR"/>
        </w:rPr>
      </w:pPr>
    </w:p>
    <w:p w14:paraId="57E2A14F" w14:textId="77777777" w:rsidR="00D93295" w:rsidRDefault="00D93295">
      <w:pPr>
        <w:rPr>
          <w:lang w:val="el-GR"/>
        </w:rPr>
      </w:pPr>
    </w:p>
    <w:p w14:paraId="0E713406" w14:textId="77777777" w:rsidR="00D93295" w:rsidRDefault="00D93295">
      <w:pPr>
        <w:rPr>
          <w:lang w:val="el-GR"/>
        </w:rPr>
      </w:pPr>
    </w:p>
    <w:p w14:paraId="66A0C291" w14:textId="1B9CBCD7" w:rsidR="00D93295" w:rsidRPr="00D93295" w:rsidRDefault="00D93295" w:rsidP="00D93295">
      <w:pPr>
        <w:spacing w:after="80"/>
        <w:jc w:val="center"/>
        <w:rPr>
          <w:lang w:val="el-GR"/>
        </w:rPr>
      </w:pPr>
      <w:r w:rsidRPr="00D93295">
        <w:rPr>
          <w:b/>
          <w:sz w:val="30"/>
          <w:lang w:val="el-GR"/>
        </w:rPr>
        <w:t xml:space="preserve">ΠΡΟΓΡΑΜΜΑ ΑΓΩΝΩΝ </w:t>
      </w:r>
      <w:r w:rsidR="00934B6C">
        <w:rPr>
          <w:b/>
          <w:sz w:val="30"/>
          <w:lang w:val="el-GR"/>
        </w:rPr>
        <w:t>ΠΟΔΟΣΦΑΙΡΟΥ ΣΑΛΑΣ</w:t>
      </w:r>
      <w:r>
        <w:rPr>
          <w:b/>
          <w:sz w:val="30"/>
          <w:lang w:val="el-GR"/>
        </w:rPr>
        <w:t xml:space="preserve"> ΑΡΡΕΝΩΝ</w:t>
      </w:r>
      <w:r w:rsidRPr="00D93295">
        <w:rPr>
          <w:b/>
          <w:sz w:val="30"/>
          <w:lang w:val="el-GR"/>
        </w:rPr>
        <w:t xml:space="preserve"> ΛΥΚΕΙΩΝ</w:t>
      </w:r>
    </w:p>
    <w:p w14:paraId="40551004" w14:textId="77777777" w:rsidR="00D93295" w:rsidRDefault="00D93295" w:rsidP="00D93295">
      <w:pPr>
        <w:spacing w:after="200"/>
        <w:jc w:val="center"/>
        <w:rPr>
          <w:lang w:val="el-GR"/>
        </w:rPr>
      </w:pPr>
      <w:r w:rsidRPr="00D93295">
        <w:rPr>
          <w:lang w:val="el-GR"/>
        </w:rPr>
        <w:t>ΣΧΟΛΙΚΗ ΧΡΟΝΙΑ 2026–2027</w:t>
      </w:r>
    </w:p>
    <w:p w14:paraId="63357016" w14:textId="77777777" w:rsidR="00D93295" w:rsidRPr="00D93295" w:rsidRDefault="00D93295" w:rsidP="00D93295">
      <w:pPr>
        <w:spacing w:after="200"/>
        <w:jc w:val="center"/>
        <w:rPr>
          <w:lang w:val="el-GR"/>
        </w:rPr>
      </w:pPr>
    </w:p>
    <w:p w14:paraId="2A2686CD" w14:textId="77777777" w:rsidR="00D93295" w:rsidRDefault="00D93295">
      <w:pPr>
        <w:rPr>
          <w:lang w:val="el-G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7"/>
        <w:gridCol w:w="4054"/>
        <w:gridCol w:w="3430"/>
        <w:gridCol w:w="2353"/>
        <w:gridCol w:w="2670"/>
      </w:tblGrid>
      <w:tr w:rsidR="00D93295" w14:paraId="17A29B44" w14:textId="77777777" w:rsidTr="000C2A19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76025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Α/Α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5013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ΗΜΕΡΟΜΗΝΙΑ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C9A36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ΣΧΟΛΕΙΑ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4AAAA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ΔΙΑΙΤΗΤΕΣ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3F334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ΓΡΑΜΜΑΤΕΙΑ</w:t>
            </w: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5FB9D" w14:textId="77777777" w:rsidR="00D93295" w:rsidRDefault="00D93295" w:rsidP="000C2A19">
            <w:pPr>
              <w:spacing w:line="240" w:lineRule="auto"/>
              <w:jc w:val="center"/>
            </w:pPr>
            <w:r>
              <w:rPr>
                <w:b/>
              </w:rPr>
              <w:t>ΓΗΠΕΔΟ</w:t>
            </w:r>
          </w:p>
        </w:tc>
      </w:tr>
      <w:tr w:rsidR="00D93295" w14:paraId="55FAC717" w14:textId="77777777" w:rsidTr="000C2A19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B4263" w14:textId="77777777" w:rsidR="00D93295" w:rsidRPr="00D93295" w:rsidRDefault="00D93295" w:rsidP="000C2A19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EC322" w14:textId="38E0BA8E" w:rsidR="00D93295" w:rsidRPr="00843759" w:rsidRDefault="006A3DBD" w:rsidP="000C2A19">
            <w:pPr>
              <w:spacing w:line="240" w:lineRule="auto"/>
              <w:jc w:val="center"/>
              <w:rPr>
                <w:color w:val="EE0000"/>
              </w:rPr>
            </w:pPr>
            <w:r>
              <w:rPr>
                <w:color w:val="EE0000"/>
                <w:lang w:val="el-GR"/>
              </w:rPr>
              <w:t>ΤΕΤΑΡΤΗ</w:t>
            </w:r>
            <w:r w:rsidR="00D93295" w:rsidRPr="00843759">
              <w:rPr>
                <w:color w:val="EE0000"/>
                <w:lang w:val="el-GR"/>
              </w:rPr>
              <w:br/>
            </w:r>
            <w:r w:rsidR="00843759" w:rsidRPr="00843759">
              <w:rPr>
                <w:color w:val="EE0000"/>
                <w:lang w:val="el-GR"/>
              </w:rPr>
              <w:t>2</w:t>
            </w:r>
            <w:r>
              <w:rPr>
                <w:color w:val="EE0000"/>
                <w:lang w:val="el-GR"/>
              </w:rPr>
              <w:t>5</w:t>
            </w:r>
            <w:r w:rsidR="00D93295" w:rsidRPr="00843759">
              <w:rPr>
                <w:color w:val="EE0000"/>
                <w:lang w:val="el-GR"/>
              </w:rPr>
              <w:t>/1</w:t>
            </w:r>
            <w:r w:rsidR="00843759" w:rsidRPr="00843759">
              <w:rPr>
                <w:color w:val="EE0000"/>
                <w:lang w:val="el-GR"/>
              </w:rPr>
              <w:t>1</w:t>
            </w:r>
            <w:r w:rsidR="00D93295" w:rsidRPr="00843759">
              <w:rPr>
                <w:color w:val="EE0000"/>
                <w:lang w:val="el-GR"/>
              </w:rPr>
              <w:t>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DABF8" w14:textId="77777777" w:rsidR="00D93295" w:rsidRPr="006A3DBD" w:rsidRDefault="00843759" w:rsidP="000C2A19">
            <w:pPr>
              <w:spacing w:line="240" w:lineRule="auto"/>
              <w:jc w:val="center"/>
              <w:rPr>
                <w:color w:val="EE0000"/>
              </w:rPr>
            </w:pPr>
            <w:r w:rsidRPr="00843759">
              <w:rPr>
                <w:color w:val="EE0000"/>
                <w:lang w:val="el-GR"/>
              </w:rPr>
              <w:t>Λύκειο</w:t>
            </w:r>
            <w:r w:rsidRPr="006A3DBD">
              <w:rPr>
                <w:color w:val="EE0000"/>
              </w:rPr>
              <w:t xml:space="preserve"> </w:t>
            </w:r>
            <w:proofErr w:type="spellStart"/>
            <w:r w:rsidRPr="00843759">
              <w:rPr>
                <w:color w:val="EE0000"/>
                <w:lang w:val="el-GR"/>
              </w:rPr>
              <w:t>Αραδίππου</w:t>
            </w:r>
            <w:proofErr w:type="spellEnd"/>
          </w:p>
          <w:p w14:paraId="555DCC71" w14:textId="77777777" w:rsidR="00843759" w:rsidRPr="00843759" w:rsidRDefault="00843759" w:rsidP="000C2A19">
            <w:pPr>
              <w:spacing w:line="240" w:lineRule="auto"/>
              <w:jc w:val="center"/>
              <w:rPr>
                <w:color w:val="EE0000"/>
              </w:rPr>
            </w:pPr>
            <w:r w:rsidRPr="00843759">
              <w:rPr>
                <w:color w:val="EE0000"/>
              </w:rPr>
              <w:t>VS</w:t>
            </w:r>
          </w:p>
          <w:p w14:paraId="653F3441" w14:textId="6763BEE2" w:rsidR="00843759" w:rsidRPr="006A3DBD" w:rsidRDefault="00843759" w:rsidP="000C2A19">
            <w:pPr>
              <w:spacing w:line="240" w:lineRule="auto"/>
              <w:jc w:val="center"/>
              <w:rPr>
                <w:color w:val="EE0000"/>
              </w:rPr>
            </w:pPr>
            <w:r w:rsidRPr="00843759">
              <w:rPr>
                <w:color w:val="EE0000"/>
              </w:rPr>
              <w:t>Med High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0EBAE" w14:textId="77777777" w:rsidR="00D93295" w:rsidRDefault="00D93295" w:rsidP="000C2A19">
            <w:pPr>
              <w:spacing w:line="240" w:lineRule="auto"/>
              <w:jc w:val="center"/>
              <w:rPr>
                <w:lang w:val="el-GR"/>
              </w:rPr>
            </w:pPr>
            <w:proofErr w:type="spellStart"/>
            <w:r>
              <w:rPr>
                <w:lang w:val="el-GR"/>
              </w:rPr>
              <w:t>Τζιωρτζής</w:t>
            </w:r>
            <w:proofErr w:type="spellEnd"/>
            <w:r>
              <w:rPr>
                <w:lang w:val="el-GR"/>
              </w:rPr>
              <w:t xml:space="preserve"> Όμηρος</w:t>
            </w:r>
            <w:r>
              <w:rPr>
                <w:lang w:val="el-GR"/>
              </w:rPr>
              <w:br/>
              <w:t>Μιχαήλ Μιχάλης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B6129" w14:textId="77777777" w:rsidR="00D93295" w:rsidRDefault="00D93295" w:rsidP="000C2A19">
            <w:pPr>
              <w:spacing w:line="240" w:lineRule="auto"/>
              <w:jc w:val="center"/>
            </w:pP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B2C99" w14:textId="77777777" w:rsidR="00D93295" w:rsidRDefault="00D93295" w:rsidP="000C2A19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  <w:tr w:rsidR="00843759" w14:paraId="53EE6F0B" w14:textId="77777777" w:rsidTr="000C2A19">
        <w:trPr>
          <w:cantSplit/>
          <w:jc w:val="center"/>
        </w:trPr>
        <w:tc>
          <w:tcPr>
            <w:tcW w:w="56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AB578" w14:textId="3AEF3D8F" w:rsidR="00843759" w:rsidRDefault="00843759" w:rsidP="00843759">
            <w:pPr>
              <w:spacing w:line="24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2</w:t>
            </w:r>
          </w:p>
        </w:tc>
        <w:tc>
          <w:tcPr>
            <w:tcW w:w="1757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06A13" w14:textId="5AAF3EC7" w:rsidR="00843759" w:rsidRPr="00843759" w:rsidRDefault="006A3DBD" w:rsidP="00843759">
            <w:pPr>
              <w:spacing w:line="240" w:lineRule="auto"/>
              <w:jc w:val="center"/>
              <w:rPr>
                <w:color w:val="EE0000"/>
                <w:lang w:val="el-GR"/>
              </w:rPr>
            </w:pPr>
            <w:r>
              <w:rPr>
                <w:color w:val="EE0000"/>
                <w:lang w:val="el-GR"/>
              </w:rPr>
              <w:t>ΠΕΜΠΤΗ</w:t>
            </w:r>
            <w:r w:rsidR="00843759" w:rsidRPr="00843759">
              <w:rPr>
                <w:color w:val="EE0000"/>
                <w:lang w:val="el-GR"/>
              </w:rPr>
              <w:br/>
            </w:r>
            <w:r>
              <w:rPr>
                <w:color w:val="EE0000"/>
                <w:lang w:val="el-GR"/>
              </w:rPr>
              <w:t>03</w:t>
            </w:r>
            <w:r w:rsidR="00843759" w:rsidRPr="00843759">
              <w:rPr>
                <w:color w:val="EE0000"/>
                <w:lang w:val="el-GR"/>
              </w:rPr>
              <w:t>/1</w:t>
            </w:r>
            <w:r>
              <w:rPr>
                <w:color w:val="EE0000"/>
                <w:lang w:val="el-GR"/>
              </w:rPr>
              <w:t>2</w:t>
            </w:r>
            <w:r w:rsidR="00843759" w:rsidRPr="00843759">
              <w:rPr>
                <w:color w:val="EE0000"/>
                <w:lang w:val="el-GR"/>
              </w:rPr>
              <w:t>/2026</w:t>
            </w:r>
          </w:p>
        </w:tc>
        <w:tc>
          <w:tcPr>
            <w:tcW w:w="4054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22A9F" w14:textId="77777777" w:rsidR="00843759" w:rsidRPr="00843759" w:rsidRDefault="00843759" w:rsidP="00843759">
            <w:pPr>
              <w:spacing w:line="240" w:lineRule="auto"/>
              <w:jc w:val="center"/>
              <w:rPr>
                <w:color w:val="EE0000"/>
                <w:lang w:val="el-GR"/>
              </w:rPr>
            </w:pPr>
            <w:r w:rsidRPr="00843759">
              <w:rPr>
                <w:color w:val="EE0000"/>
                <w:lang w:val="el-GR"/>
              </w:rPr>
              <w:t>Λύκειο Βεργίνας</w:t>
            </w:r>
          </w:p>
          <w:p w14:paraId="7A04F50F" w14:textId="77777777" w:rsidR="00843759" w:rsidRPr="00BE5623" w:rsidRDefault="00843759" w:rsidP="00843759">
            <w:pPr>
              <w:spacing w:line="240" w:lineRule="auto"/>
              <w:jc w:val="center"/>
              <w:rPr>
                <w:color w:val="EE0000"/>
                <w:lang w:val="el-GR"/>
              </w:rPr>
            </w:pPr>
            <w:r w:rsidRPr="00843759">
              <w:rPr>
                <w:color w:val="EE0000"/>
              </w:rPr>
              <w:t>VS</w:t>
            </w:r>
          </w:p>
          <w:p w14:paraId="71423E8E" w14:textId="4B7010D6" w:rsidR="00843759" w:rsidRPr="00843759" w:rsidRDefault="00843759" w:rsidP="00843759">
            <w:pPr>
              <w:spacing w:line="240" w:lineRule="auto"/>
              <w:jc w:val="center"/>
              <w:rPr>
                <w:color w:val="EE0000"/>
                <w:lang w:val="el-GR"/>
              </w:rPr>
            </w:pPr>
            <w:r w:rsidRPr="00843759">
              <w:rPr>
                <w:color w:val="EE0000"/>
                <w:lang w:val="el-GR"/>
              </w:rPr>
              <w:t>Νικητής Ημιτελικού Α΄</w:t>
            </w:r>
          </w:p>
        </w:tc>
        <w:tc>
          <w:tcPr>
            <w:tcW w:w="343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6BDC2" w14:textId="7D683A27" w:rsidR="00843759" w:rsidRDefault="00843759" w:rsidP="00843759">
            <w:pPr>
              <w:spacing w:line="240" w:lineRule="auto"/>
              <w:jc w:val="center"/>
              <w:rPr>
                <w:lang w:val="el-GR"/>
              </w:rPr>
            </w:pPr>
            <w:proofErr w:type="spellStart"/>
            <w:r>
              <w:rPr>
                <w:lang w:val="el-GR"/>
              </w:rPr>
              <w:t>Τζιωρτζής</w:t>
            </w:r>
            <w:proofErr w:type="spellEnd"/>
            <w:r>
              <w:rPr>
                <w:lang w:val="el-GR"/>
              </w:rPr>
              <w:t xml:space="preserve"> Όμηρος</w:t>
            </w:r>
            <w:r>
              <w:rPr>
                <w:lang w:val="el-GR"/>
              </w:rPr>
              <w:br/>
              <w:t>Μιχαήλ Μιχάλης</w:t>
            </w:r>
          </w:p>
        </w:tc>
        <w:tc>
          <w:tcPr>
            <w:tcW w:w="2353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A6BCF" w14:textId="77777777" w:rsidR="00843759" w:rsidRDefault="00843759" w:rsidP="00843759">
            <w:pPr>
              <w:spacing w:line="240" w:lineRule="auto"/>
              <w:jc w:val="center"/>
            </w:pPr>
          </w:p>
        </w:tc>
        <w:tc>
          <w:tcPr>
            <w:tcW w:w="2670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69DBE" w14:textId="228BDD1C" w:rsidR="00843759" w:rsidRDefault="00843759" w:rsidP="00843759">
            <w:pPr>
              <w:spacing w:line="240" w:lineRule="auto"/>
              <w:jc w:val="center"/>
            </w:pPr>
            <w:proofErr w:type="spellStart"/>
            <w:r>
              <w:t>Λύκειο</w:t>
            </w:r>
            <w:proofErr w:type="spellEnd"/>
            <w:r>
              <w:t xml:space="preserve"> </w:t>
            </w:r>
            <w:proofErr w:type="spellStart"/>
            <w:r>
              <w:t>Αρ</w:t>
            </w:r>
            <w:proofErr w:type="spellEnd"/>
            <w:r>
              <w:t>αδίππου</w:t>
            </w:r>
          </w:p>
        </w:tc>
      </w:tr>
    </w:tbl>
    <w:p w14:paraId="2A50AC54" w14:textId="77777777" w:rsidR="00D93295" w:rsidRPr="00D93295" w:rsidRDefault="00D93295">
      <w:pPr>
        <w:rPr>
          <w:lang w:val="el-GR"/>
        </w:rPr>
      </w:pPr>
    </w:p>
    <w:sectPr w:rsidR="00D93295" w:rsidRPr="00D93295" w:rsidSect="00034616">
      <w:pgSz w:w="16838" w:h="11906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4104A1"/>
    <w:multiLevelType w:val="hybridMultilevel"/>
    <w:tmpl w:val="74125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726523">
    <w:abstractNumId w:val="8"/>
  </w:num>
  <w:num w:numId="2" w16cid:durableId="90664463">
    <w:abstractNumId w:val="6"/>
  </w:num>
  <w:num w:numId="3" w16cid:durableId="1782216141">
    <w:abstractNumId w:val="5"/>
  </w:num>
  <w:num w:numId="4" w16cid:durableId="1364674523">
    <w:abstractNumId w:val="4"/>
  </w:num>
  <w:num w:numId="5" w16cid:durableId="1921913752">
    <w:abstractNumId w:val="7"/>
  </w:num>
  <w:num w:numId="6" w16cid:durableId="128207564">
    <w:abstractNumId w:val="3"/>
  </w:num>
  <w:num w:numId="7" w16cid:durableId="1839223809">
    <w:abstractNumId w:val="2"/>
  </w:num>
  <w:num w:numId="8" w16cid:durableId="647242605">
    <w:abstractNumId w:val="1"/>
  </w:num>
  <w:num w:numId="9" w16cid:durableId="616764071">
    <w:abstractNumId w:val="0"/>
  </w:num>
  <w:num w:numId="10" w16cid:durableId="11747625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42B"/>
    <w:rsid w:val="00106004"/>
    <w:rsid w:val="0015074B"/>
    <w:rsid w:val="001B732C"/>
    <w:rsid w:val="001C42EE"/>
    <w:rsid w:val="00215576"/>
    <w:rsid w:val="00273692"/>
    <w:rsid w:val="0029639D"/>
    <w:rsid w:val="002B7A51"/>
    <w:rsid w:val="0031448C"/>
    <w:rsid w:val="00326F90"/>
    <w:rsid w:val="00333BAE"/>
    <w:rsid w:val="00570FF6"/>
    <w:rsid w:val="0063091F"/>
    <w:rsid w:val="00663B28"/>
    <w:rsid w:val="006A3DBD"/>
    <w:rsid w:val="00830CEE"/>
    <w:rsid w:val="00843759"/>
    <w:rsid w:val="008466F7"/>
    <w:rsid w:val="00934B6C"/>
    <w:rsid w:val="00A77C07"/>
    <w:rsid w:val="00AA1D8D"/>
    <w:rsid w:val="00AD2D59"/>
    <w:rsid w:val="00AF3298"/>
    <w:rsid w:val="00B47730"/>
    <w:rsid w:val="00BC4F53"/>
    <w:rsid w:val="00BD452E"/>
    <w:rsid w:val="00BE5623"/>
    <w:rsid w:val="00CB0664"/>
    <w:rsid w:val="00CE7FB0"/>
    <w:rsid w:val="00CF783E"/>
    <w:rsid w:val="00D93295"/>
    <w:rsid w:val="00DA56FF"/>
    <w:rsid w:val="00E24233"/>
    <w:rsid w:val="00F64FA6"/>
    <w:rsid w:val="00FC693F"/>
    <w:rsid w:val="00FD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D95549"/>
  <w14:defaultImageDpi w14:val="300"/>
  <w15:docId w15:val="{82431AA4-16A6-4A67-B2A2-C42554BC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Arial" w:hAnsi="Arial"/>
      <w:color w:val="00000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Πρόγραμμα αγώνων αθλοπαιδιών λυκείων Λάρνακας 2026–2027</vt:lpstr>
    </vt:vector>
  </TitlesOfParts>
  <Manager/>
  <Company/>
  <LinksUpToDate>false</LinksUpToDate>
  <CharactersWithSpaces>10336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Πρόγραμμα αγώνων αθλοπαιδιών λυκείων Λάρνακας 2026–2027</dc:title>
  <dc:subject/>
  <dc:creator>ΕΟΕΣΑ Λάρνακας</dc:creator>
  <cp:keywords/>
  <dc:description>generated by python-docx</dc:description>
  <cp:lastModifiedBy>ΓΙΩΡΓΟΣ ΑΡΕΣΤΗΣ</cp:lastModifiedBy>
  <cp:revision>2</cp:revision>
  <cp:lastPrinted>2026-10-16T09:18:00Z</cp:lastPrinted>
  <dcterms:created xsi:type="dcterms:W3CDTF">2026-10-29T10:00:00Z</dcterms:created>
  <dcterms:modified xsi:type="dcterms:W3CDTF">2026-10-29T10:00:00Z</dcterms:modified>
  <cp:category/>
</cp:coreProperties>
</file>